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UNITED STATES TRAINING CONTRACT AGREEMENT</w:t>
      </w:r>
    </w:p>
    <w:p/>
    <w:p>
      <w:r>
        <w:rPr>
          <w:b/>
          <w:sz w:val="20"/>
        </w:rPr>
        <w:t>This Training Contract Agreement ("Agreement") is made between the following parties:</w:t>
      </w:r>
    </w:p>
    <w:p/>
    <w:p>
      <w:r>
        <w:rPr>
          <w:b/>
          <w:sz w:val="20"/>
        </w:rPr>
        <w:t>Trainer Information:</w:t>
      </w:r>
    </w:p>
    <w:p>
      <w:r>
        <w:rPr>
          <w:b w:val="0"/>
          <w:sz w:val="20"/>
        </w:rPr>
        <w:t>Full Name: ____________________________________________________________</w:t>
      </w:r>
    </w:p>
    <w:p>
      <w:r>
        <w:rPr>
          <w:b w:val="0"/>
          <w:sz w:val="20"/>
        </w:rPr>
        <w:t>Address: _____________________________________________________________</w:t>
      </w:r>
    </w:p>
    <w:p>
      <w:r>
        <w:rPr>
          <w:b w:val="0"/>
          <w:sz w:val="20"/>
        </w:rPr>
        <w:t>Phone: _______________________________________________________________</w:t>
      </w:r>
    </w:p>
    <w:p>
      <w:r>
        <w:rPr>
          <w:b w:val="0"/>
          <w:sz w:val="20"/>
        </w:rPr>
        <w:t>Email: _______________________________________________________________</w:t>
      </w:r>
    </w:p>
    <w:p/>
    <w:p>
      <w:r>
        <w:rPr>
          <w:b/>
          <w:sz w:val="20"/>
        </w:rPr>
        <w:t>Trainee Information:</w:t>
      </w:r>
    </w:p>
    <w:p>
      <w:r>
        <w:rPr>
          <w:b w:val="0"/>
          <w:sz w:val="20"/>
        </w:rPr>
        <w:t>Full Name: ____________________________________________________________</w:t>
      </w:r>
    </w:p>
    <w:p>
      <w:r>
        <w:rPr>
          <w:b w:val="0"/>
          <w:sz w:val="20"/>
        </w:rPr>
        <w:t>Address: _____________________________________________________________</w:t>
      </w:r>
    </w:p>
    <w:p>
      <w:r>
        <w:rPr>
          <w:b w:val="0"/>
          <w:sz w:val="20"/>
        </w:rPr>
        <w:t>Phone: _______________________________________________________________</w:t>
      </w:r>
    </w:p>
    <w:p>
      <w:r>
        <w:rPr>
          <w:b w:val="0"/>
          <w:sz w:val="20"/>
        </w:rPr>
        <w:t>Email: _______________________________________________________________</w:t>
      </w:r>
    </w:p>
    <w:p/>
    <w:p>
      <w:pPr>
        <w:jc w:val="center"/>
      </w:pPr>
      <w:r>
        <w:rPr>
          <w:b/>
          <w:sz w:val="20"/>
        </w:rPr>
        <w:t>RECITALS</w:t>
      </w:r>
    </w:p>
    <w:p>
      <w:r>
        <w:rPr>
          <w:b w:val="0"/>
          <w:sz w:val="20"/>
        </w:rPr>
        <w:t>WHEREAS, the Trainer agrees to provide training services to the Trainee under the terms and conditions set forth in this Agreement;</w:t>
      </w:r>
    </w:p>
    <w:p>
      <w:r>
        <w:rPr>
          <w:b w:val="0"/>
          <w:sz w:val="20"/>
        </w:rPr>
        <w:t>WHEREAS, the Trainee desires to receive such training from the Trainer;</w:t>
      </w:r>
    </w:p>
    <w:p>
      <w:r>
        <w:rPr>
          <w:b w:val="0"/>
          <w:sz w:val="20"/>
        </w:rPr>
        <w:t>NOW, THEREFORE, in consideration of the mutual promises and covenants herein contained, the parties agree as follows:</w:t>
      </w:r>
    </w:p>
    <w:p/>
    <w:p>
      <w:r>
        <w:rPr>
          <w:b/>
          <w:sz w:val="20"/>
        </w:rPr>
        <w:t>1. Scope of Training</w:t>
      </w:r>
    </w:p>
    <w:p>
      <w:r>
        <w:rPr>
          <w:b w:val="0"/>
          <w:sz w:val="20"/>
        </w:rPr>
        <w:t>The Trainer agrees to provide training in the following subject matter, skills, or field:</w:t>
      </w:r>
    </w:p>
    <w:p>
      <w:r>
        <w:rPr>
          <w:b w:val="0"/>
          <w:sz w:val="20"/>
        </w:rPr>
        <w:t>__________________________________________________________________________</w:t>
      </w:r>
    </w:p>
    <w:p>
      <w:r>
        <w:rPr>
          <w:b w:val="0"/>
          <w:sz w:val="20"/>
        </w:rPr>
        <w:t>The training methods may include, but are not limited to, classroom instruction, hands-on practice, online sessions, and assessments as appropriate.</w:t>
      </w:r>
    </w:p>
    <w:p/>
    <w:p>
      <w:r>
        <w:rPr>
          <w:b/>
          <w:sz w:val="20"/>
        </w:rPr>
        <w:t>2. Duration and Schedule</w:t>
      </w:r>
    </w:p>
    <w:p>
      <w:r>
        <w:rPr>
          <w:b w:val="0"/>
          <w:sz w:val="20"/>
        </w:rPr>
        <w:t>The training shall commence on __________________________________ and shall continue for a period of ____________________________ unless terminated earlier in accordance with this Agreement.</w:t>
      </w:r>
    </w:p>
    <w:p>
      <w:r>
        <w:rPr>
          <w:b w:val="0"/>
          <w:sz w:val="20"/>
        </w:rPr>
        <w:t>The training sessions will be conducted according to the following schedule:</w:t>
      </w:r>
    </w:p>
    <w:p>
      <w:r>
        <w:rPr>
          <w:b w:val="0"/>
          <w:sz w:val="20"/>
        </w:rPr>
        <w:t>__________________________________________________________________________</w:t>
      </w:r>
    </w:p>
    <w:p/>
    <w:p>
      <w:r>
        <w:rPr>
          <w:b/>
          <w:sz w:val="20"/>
        </w:rPr>
        <w:t>3. Compensation and Payment Terms</w:t>
      </w:r>
    </w:p>
    <w:p>
      <w:r>
        <w:rPr>
          <w:b w:val="0"/>
          <w:sz w:val="20"/>
        </w:rPr>
        <w:t>The Trainee agrees to pay the Trainer the total amount of $________________ for the training services described herein.</w:t>
      </w:r>
    </w:p>
    <w:p>
      <w:r>
        <w:rPr>
          <w:b w:val="0"/>
          <w:sz w:val="20"/>
        </w:rPr>
        <w:t>Payment shall be made according to the following schedule and methods:</w:t>
      </w:r>
    </w:p>
    <w:p>
      <w:r>
        <w:rPr>
          <w:b w:val="0"/>
          <w:sz w:val="20"/>
        </w:rPr>
        <w:t>__________________________________________________________________________</w:t>
      </w:r>
    </w:p>
    <w:p>
      <w:r>
        <w:rPr>
          <w:b w:val="0"/>
          <w:sz w:val="20"/>
        </w:rPr>
        <w:t>Late payments may be subject to interest at the maximum rate allowed by law.</w:t>
      </w:r>
    </w:p>
    <w:p/>
    <w:p>
      <w:r>
        <w:rPr>
          <w:b/>
          <w:sz w:val="20"/>
        </w:rPr>
        <w:t>4. Responsibilities of the Trainer</w:t>
      </w:r>
    </w:p>
    <w:p>
      <w:r>
        <w:rPr>
          <w:b w:val="0"/>
          <w:sz w:val="20"/>
        </w:rPr>
        <w:t>The Trainer shall use reasonable skill, care, and diligence in providing the training services.</w:t>
      </w:r>
    </w:p>
    <w:p>
      <w:r>
        <w:rPr>
          <w:b w:val="0"/>
          <w:sz w:val="20"/>
        </w:rPr>
        <w:t>The Trainer agrees to provide appropriate materials, resources, and access to necessary facilities for the training.</w:t>
      </w:r>
    </w:p>
    <w:p>
      <w:r>
        <w:rPr>
          <w:b w:val="0"/>
          <w:sz w:val="20"/>
        </w:rPr>
        <w:t>The Trainer shall comply with all applicable federal, state, and local laws and regulations in performing the services.</w:t>
      </w:r>
    </w:p>
    <w:p/>
    <w:p>
      <w:r>
        <w:rPr>
          <w:b/>
          <w:sz w:val="20"/>
        </w:rPr>
        <w:t>5. Responsibilities of the Trainee</w:t>
      </w:r>
    </w:p>
    <w:p>
      <w:r>
        <w:rPr>
          <w:b w:val="0"/>
          <w:sz w:val="20"/>
        </w:rPr>
        <w:t>The Trainee agrees to attend all scheduled training sessions punctually and actively participate in the training.</w:t>
      </w:r>
    </w:p>
    <w:p>
      <w:r>
        <w:rPr>
          <w:b w:val="0"/>
          <w:sz w:val="20"/>
        </w:rPr>
        <w:t>The Trainee shall comply with all rules, regulations, and policies established by the Trainer or training location.</w:t>
      </w:r>
    </w:p>
    <w:p>
      <w:r>
        <w:rPr>
          <w:b w:val="0"/>
          <w:sz w:val="20"/>
        </w:rPr>
        <w:t>The Trainee agrees to pay all fees and costs as specified in this Agreement.</w:t>
      </w:r>
    </w:p>
    <w:p/>
    <w:p>
      <w:r>
        <w:rPr>
          <w:b/>
          <w:sz w:val="20"/>
        </w:rPr>
        <w:t>6. Confidentiality</w:t>
      </w:r>
    </w:p>
    <w:p>
      <w:r>
        <w:rPr>
          <w:b w:val="0"/>
          <w:sz w:val="20"/>
        </w:rPr>
        <w:t>Both parties agree to maintain the confidentiality of any proprietary or confidential information received during the course of this training, and not to disclose such information to any third party without prior written consent, except as required by law.</w:t>
      </w:r>
    </w:p>
    <w:p/>
    <w:p>
      <w:r>
        <w:rPr>
          <w:b/>
          <w:sz w:val="20"/>
        </w:rPr>
        <w:t>7. Intellectual Property</w:t>
      </w:r>
    </w:p>
    <w:p>
      <w:r>
        <w:rPr>
          <w:b w:val="0"/>
          <w:sz w:val="20"/>
        </w:rPr>
        <w:t>All intellectual property rights related to the training materials, content, and methods provided by the Trainer remain the exclusive property of the Trainer.</w:t>
      </w:r>
    </w:p>
    <w:p>
      <w:r>
        <w:rPr>
          <w:b w:val="0"/>
          <w:sz w:val="20"/>
        </w:rPr>
        <w:t>The Trainee is granted a limited, non-transferable license to use the materials for personal educational purposes only and shall not reproduce, distribute, or otherwise use the materials without written permission.</w:t>
      </w:r>
    </w:p>
    <w:p/>
    <w:p>
      <w:r>
        <w:rPr>
          <w:b/>
          <w:sz w:val="20"/>
        </w:rPr>
        <w:t>8. Termination</w:t>
      </w:r>
    </w:p>
    <w:p>
      <w:r>
        <w:rPr>
          <w:b w:val="0"/>
          <w:sz w:val="20"/>
        </w:rPr>
        <w:t>Either party may terminate this Agreement upon written notice to the other party at least ______ days prior to the intended termination date.</w:t>
      </w:r>
    </w:p>
    <w:p>
      <w:r>
        <w:rPr>
          <w:b w:val="0"/>
          <w:sz w:val="20"/>
        </w:rPr>
        <w:t>In the event of termination, the Trainee shall be responsible for payment for all training services provided prior to the termination date.</w:t>
      </w:r>
    </w:p>
    <w:p>
      <w:r>
        <w:rPr>
          <w:b w:val="0"/>
          <w:sz w:val="20"/>
        </w:rPr>
        <w:t>Termination shall be without prejudice to any rights or remedies the parties may have under this Agreement or at law.</w:t>
      </w:r>
    </w:p>
    <w:p/>
    <w:p>
      <w:r>
        <w:rPr>
          <w:b/>
          <w:sz w:val="20"/>
        </w:rPr>
        <w:t>9. Limitation of Liability</w:t>
      </w:r>
    </w:p>
    <w:p>
      <w:r>
        <w:rPr>
          <w:b w:val="0"/>
          <w:sz w:val="20"/>
        </w:rPr>
        <w:t>The Trainer shall not be liable for any indirect, incidental, special, consequential, or punitive damages arising out of or relating to this Agreement or the training services provided, even if advised of the possibility of such damages.</w:t>
      </w:r>
    </w:p>
    <w:p>
      <w:r>
        <w:rPr>
          <w:b w:val="0"/>
          <w:sz w:val="20"/>
        </w:rPr>
        <w:t>The Trainer's total liability, whether in contract, tort, or otherwise, shall not exceed the total compensation received from the Trainee under this Agreement.</w:t>
      </w:r>
    </w:p>
    <w:p/>
    <w:p>
      <w:r>
        <w:rPr>
          <w:b/>
          <w:sz w:val="20"/>
        </w:rPr>
        <w:t>10. Indemnification</w:t>
      </w:r>
    </w:p>
    <w:p>
      <w:r>
        <w:rPr>
          <w:b w:val="0"/>
          <w:sz w:val="20"/>
        </w:rPr>
        <w:t>The Trainee agrees to indemnify, defend, and hold harmless the Trainer and its agents, employees, and affiliates from and against any and all claims, damages, liabilities, costs, and expenses (including reasonable attorneys’ fees) arising out of or related to the Trainee's use of the training services or breach of this Agreement.</w:t>
      </w:r>
    </w:p>
    <w:p/>
    <w:p>
      <w:r>
        <w:rPr>
          <w:b/>
          <w:sz w:val="20"/>
        </w:rPr>
        <w:t>11. Governing Law and Jurisdiction</w:t>
      </w:r>
    </w:p>
    <w:p>
      <w:r>
        <w:rPr>
          <w:b w:val="0"/>
          <w:sz w:val="20"/>
        </w:rPr>
        <w:t>This Agreement shall be governed by and construed in accordance with the laws of the State of ____________________, without regard to its conflict of laws principles.</w:t>
      </w:r>
    </w:p>
    <w:p>
      <w:r>
        <w:rPr>
          <w:b w:val="0"/>
          <w:sz w:val="20"/>
        </w:rPr>
        <w:t>Any disputes arising out of or relating to this Agreement shall be subject to the exclusive jurisdiction of the state and federal courts located in ____________________ County, ____________________.</w:t>
      </w:r>
    </w:p>
    <w:p/>
    <w:p>
      <w:r>
        <w:rPr>
          <w:b/>
          <w:sz w:val="20"/>
        </w:rPr>
        <w:t>12. Entire Agreement</w:t>
      </w:r>
    </w:p>
    <w:p>
      <w:r>
        <w:rPr>
          <w:b w:val="0"/>
          <w:sz w:val="20"/>
        </w:rPr>
        <w:t>This Agreement constitutes the entire agreement between the parties with respect to the subject matter hereof and supersedes all prior oral or written agreements or understandings.</w:t>
      </w:r>
    </w:p>
    <w:p>
      <w:r>
        <w:rPr>
          <w:b w:val="0"/>
          <w:sz w:val="20"/>
        </w:rPr>
        <w:t>Any amendments or modifications to this Agreement must be in writing and signed by both parties.</w:t>
      </w:r>
    </w:p>
    <w:p/>
    <w:p>
      <w:r>
        <w:rPr>
          <w:b/>
          <w:sz w:val="20"/>
        </w:rPr>
        <w:t>13. Severability</w:t>
      </w:r>
    </w:p>
    <w:p>
      <w:r>
        <w:rPr>
          <w:b w:val="0"/>
          <w:sz w:val="20"/>
        </w:rPr>
        <w:t>If any provision of this Agreement is found to be invalid, illegal, or unenforceable by a court of competent jurisdiction, the remaining provisions shall continue in full force and effect.</w:t>
      </w:r>
    </w:p>
    <w:p/>
    <w:p>
      <w:r>
        <w:rPr>
          <w:b/>
          <w:sz w:val="20"/>
        </w:rPr>
        <w:t>14. Waiver</w:t>
      </w:r>
    </w:p>
    <w:p>
      <w:r>
        <w:rPr>
          <w:b w:val="0"/>
          <w:sz w:val="20"/>
        </w:rPr>
        <w:t>The failure of either party to enforce any provision of this Agreement shall not be deemed a waiver of such provision or any other provision herein.</w:t>
      </w:r>
    </w:p>
    <w:p/>
    <w:p>
      <w:r>
        <w:rPr>
          <w:b/>
          <w:sz w:val="20"/>
        </w:rPr>
        <w:t>15. Notices</w:t>
      </w:r>
    </w:p>
    <w:p>
      <w:r>
        <w:rPr>
          <w:b w:val="0"/>
          <w:sz w:val="20"/>
        </w:rPr>
        <w:t>All notices required or permitted under this Agreement shall be in writing and shall be deemed delivered when personally delivered, sent by certified mail (return receipt requested), or by nationally recognized overnight courier to the addresses provided above or such other address as either party may designate in writing.</w:t>
      </w:r>
    </w:p>
    <w:p/>
    <w:p/>
    <w:p>
      <w:r>
        <w:rPr>
          <w:b w:val="0"/>
          <w:sz w:val="20"/>
        </w:rPr>
        <w:t>Place of Agreement Execution: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TRAINER</w:t>
            </w:r>
          </w:p>
        </w:tc>
        <w:tc>
          <w:tcPr>
            <w:tcW w:type="dxa" w:w="4986"/>
            <w:tcBorders>
              <w:top w:val="nil"/>
              <w:left w:val="nil"/>
              <w:bottom w:val="nil"/>
              <w:right w:val="nil"/>
              <w:insideH w:val="nil"/>
              <w:insideV w:val="nil"/>
            </w:tcBorders>
          </w:tcPr>
          <w:p>
            <w:pPr>
              <w:jc w:val="center"/>
            </w:pPr>
            <w:r>
              <w:t>TRAINEE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  Date: _________________</w:t>
            </w:r>
          </w:p>
        </w:tc>
        <w:tc>
          <w:tcPr>
            <w:tcW w:type="dxa" w:w="4986"/>
            <w:tcBorders>
              <w:top w:val="nil"/>
              <w:left w:val="nil"/>
              <w:bottom w:val="nil"/>
              <w:right w:val="nil"/>
              <w:insideH w:val="nil"/>
              <w:insideV w:val="nil"/>
            </w:tcBorders>
          </w:tcPr>
          <w:p>
            <w:pPr>
              <w:jc w:val="center"/>
            </w:pPr>
            <w:r>
              <w:t>Name: ________________________________  Date: 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https://contracttemplate-us.com/training-contract/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https://contracttemplate-us.com</w:t>
        </w:r>
      </w:hyperlink>
    </w:p>
    <w:p>
      <w:pPr>
        <w:jc w:val="center"/>
      </w:pPr>
      <w:r>
        <w:rPr>
          <w:color w:val="808080"/>
          <w:sz w:val="20"/>
        </w:rPr>
        <w:t>This template is intended exclusively for personal, non-commercial use.</w:t>
        <w:br/>
        <w:t>If distributed or published, the source must be mentioned. © contracttemplate-us.com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template-us.com/training-contract/" TargetMode="External"/><Relationship Id="rId10" Type="http://schemas.openxmlformats.org/officeDocument/2006/relationships/hyperlink" Target="https://contract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