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TEMPORARY EMPLOYMENT AGREEMENT</w:t>
      </w:r>
    </w:p>
    <w:p/>
    <w:p>
      <w:r>
        <w:rPr>
          <w:b/>
          <w:sz w:val="20"/>
        </w:rPr>
        <w:t>This Temporary Employment Agreement ("Agreement") is made between:</w:t>
      </w:r>
    </w:p>
    <w:p>
      <w:r>
        <w:rPr>
          <w:b/>
          <w:sz w:val="20"/>
        </w:rPr>
        <w:t>Employer:</w:t>
      </w:r>
    </w:p>
    <w:p>
      <w:r>
        <w:rPr>
          <w:b w:val="0"/>
          <w:sz w:val="20"/>
        </w:rPr>
        <w:t>Name: _______________________________________________________________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p>
      <w:r>
        <w:rPr>
          <w:b/>
          <w:sz w:val="20"/>
        </w:rPr>
        <w:t>Employee:</w:t>
      </w:r>
    </w:p>
    <w:p>
      <w:r>
        <w:rPr>
          <w:b w:val="0"/>
          <w:sz w:val="20"/>
        </w:rPr>
        <w:t>Full Name: __________________________________________________________</w:t>
      </w:r>
    </w:p>
    <w:p>
      <w:r>
        <w:rPr>
          <w:b w:val="0"/>
          <w:sz w:val="20"/>
        </w:rPr>
        <w:t>Address: ____________________________________________________________</w:t>
      </w:r>
    </w:p>
    <w:p>
      <w:r>
        <w:rPr>
          <w:b w:val="0"/>
          <w:sz w:val="20"/>
        </w:rPr>
        <w:t>Phone: ______________________________________________________________</w:t>
      </w:r>
    </w:p>
    <w:p>
      <w:r>
        <w:rPr>
          <w:b w:val="0"/>
          <w:sz w:val="20"/>
        </w:rPr>
        <w:t>Social Security Number: ______________________________________________</w:t>
      </w:r>
    </w:p>
    <w:p/>
    <w:p>
      <w:r>
        <w:rPr>
          <w:b/>
          <w:sz w:val="20"/>
        </w:rPr>
        <w:t>RECITALS</w:t>
      </w:r>
    </w:p>
    <w:p>
      <w:r>
        <w:rPr>
          <w:b w:val="0"/>
          <w:sz w:val="20"/>
        </w:rPr>
        <w:t>WHEREAS, Employer desires to engage Employee temporarily and Employee agrees to such engagement under the terms set forth herein.</w:t>
      </w:r>
    </w:p>
    <w:p>
      <w:r>
        <w:rPr>
          <w:b w:val="0"/>
          <w:sz w:val="20"/>
        </w:rPr>
        <w:t>NOW, THEREFORE, in consideration of the mutual covenants and agreements contained herein, the parties agree as follows:</w:t>
      </w:r>
    </w:p>
    <w:p/>
    <w:p>
      <w:r>
        <w:rPr>
          <w:b/>
          <w:sz w:val="20"/>
        </w:rPr>
        <w:t>1. Employment and Duties</w:t>
      </w:r>
    </w:p>
    <w:p>
      <w:r>
        <w:rPr>
          <w:b w:val="0"/>
          <w:sz w:val="20"/>
        </w:rPr>
        <w:t>Employer hereby employs Employee on a temporary basis to perform the following duties:</w:t>
      </w:r>
    </w:p>
    <w:p>
      <w:r>
        <w:rPr>
          <w:b w:val="0"/>
          <w:sz w:val="20"/>
        </w:rPr>
        <w:t>__________________________________________________________________________</w:t>
      </w:r>
    </w:p>
    <w:p>
      <w:r>
        <w:rPr>
          <w:b w:val="0"/>
          <w:sz w:val="20"/>
        </w:rPr>
        <w:t>__________________________________________________________________________</w:t>
      </w:r>
    </w:p>
    <w:p>
      <w:r>
        <w:rPr>
          <w:b w:val="0"/>
          <w:sz w:val="20"/>
        </w:rPr>
        <w:t>Employee agrees to perform such duties faithfully, diligently, and to the best of Employee’s abilities.</w:t>
      </w:r>
    </w:p>
    <w:p/>
    <w:p>
      <w:r>
        <w:rPr>
          <w:b/>
          <w:sz w:val="20"/>
        </w:rPr>
        <w:t>2. Term of Employment</w:t>
      </w:r>
    </w:p>
    <w:p>
      <w:r>
        <w:rPr>
          <w:b w:val="0"/>
          <w:sz w:val="20"/>
        </w:rPr>
        <w:t>The term of this Agreement shall commence upon mutual execution and shall continue until terminated pursuant to Section 7 herein.</w:t>
      </w:r>
    </w:p>
    <w:p>
      <w:r>
        <w:rPr>
          <w:b w:val="0"/>
          <w:sz w:val="20"/>
        </w:rPr>
        <w:t>This Agreement does not guarantee employment for any specific duration.</w:t>
      </w:r>
    </w:p>
    <w:p/>
    <w:p>
      <w:r>
        <w:rPr>
          <w:b/>
          <w:sz w:val="20"/>
        </w:rPr>
        <w:t>3. Work Schedule</w:t>
      </w:r>
    </w:p>
    <w:p>
      <w:r>
        <w:rPr>
          <w:b w:val="0"/>
          <w:sz w:val="20"/>
        </w:rPr>
        <w:t>Employee’s work schedule shall be as follows:</w:t>
      </w:r>
    </w:p>
    <w:p>
      <w:r>
        <w:rPr>
          <w:b w:val="0"/>
          <w:sz w:val="20"/>
        </w:rPr>
        <w:t>Start Date: ___________________________________________________________</w:t>
      </w:r>
    </w:p>
    <w:p>
      <w:r>
        <w:rPr>
          <w:b w:val="0"/>
          <w:sz w:val="20"/>
        </w:rPr>
        <w:t>End Date: _____________________________________________________________</w:t>
      </w:r>
    </w:p>
    <w:p>
      <w:r>
        <w:rPr>
          <w:b w:val="0"/>
          <w:sz w:val="20"/>
        </w:rPr>
        <w:t>Work Hours: ___________________________________________________________</w:t>
      </w:r>
    </w:p>
    <w:p>
      <w:r>
        <w:rPr>
          <w:b w:val="0"/>
          <w:sz w:val="20"/>
        </w:rPr>
        <w:t>Employee acknowledges that hours may vary based on business needs.</w:t>
      </w:r>
    </w:p>
    <w:p/>
    <w:p>
      <w:r>
        <w:rPr>
          <w:b/>
          <w:sz w:val="20"/>
        </w:rPr>
        <w:t>4. Compensation</w:t>
      </w:r>
    </w:p>
    <w:p>
      <w:r>
        <w:rPr>
          <w:b w:val="0"/>
          <w:sz w:val="20"/>
        </w:rPr>
        <w:t>Employer shall pay Employee at the rate of $______________ per hour.</w:t>
      </w:r>
    </w:p>
    <w:p>
      <w:r>
        <w:rPr>
          <w:b w:val="0"/>
          <w:sz w:val="20"/>
        </w:rPr>
        <w:t>Payment shall be made on a [weekly/bi-weekly/monthly] basis, subject to applicable deductions and withholdings.</w:t>
      </w:r>
    </w:p>
    <w:p>
      <w:r>
        <w:rPr>
          <w:b w:val="0"/>
          <w:sz w:val="20"/>
        </w:rPr>
        <w:t>Overtime compensation will be paid in accordance with federal and state law.</w:t>
      </w:r>
    </w:p>
    <w:p/>
    <w:p>
      <w:r>
        <w:rPr>
          <w:b/>
          <w:sz w:val="20"/>
        </w:rPr>
        <w:t>5. Taxes and Deductions</w:t>
      </w:r>
    </w:p>
    <w:p>
      <w:r>
        <w:rPr>
          <w:b w:val="0"/>
          <w:sz w:val="20"/>
        </w:rPr>
        <w:t>Employer shall withhold all applicable federal, state, and local taxes and other deductions required by law.</w:t>
      </w:r>
    </w:p>
    <w:p>
      <w:r>
        <w:rPr>
          <w:b w:val="0"/>
          <w:sz w:val="20"/>
        </w:rPr>
        <w:t>Employee is responsible for reporting and paying any additional taxes owed on wages received.</w:t>
      </w:r>
    </w:p>
    <w:p/>
    <w:p>
      <w:r>
        <w:rPr>
          <w:b/>
          <w:sz w:val="20"/>
        </w:rPr>
        <w:t>6. Benefits</w:t>
      </w:r>
    </w:p>
    <w:p>
      <w:r>
        <w:rPr>
          <w:b w:val="0"/>
          <w:sz w:val="20"/>
        </w:rPr>
        <w:t>Employee understands that this temporary position is not eligible for Employer’s benefits programs unless required by law.</w:t>
      </w:r>
    </w:p>
    <w:p>
      <w:r>
        <w:rPr>
          <w:b w:val="0"/>
          <w:sz w:val="20"/>
        </w:rPr>
        <w:t>Employee is responsible for any insurance coverage except as mandated by law.</w:t>
      </w:r>
    </w:p>
    <w:p/>
    <w:p>
      <w:r>
        <w:rPr>
          <w:b/>
          <w:sz w:val="20"/>
        </w:rPr>
        <w:t>7. Termination</w:t>
      </w:r>
    </w:p>
    <w:p>
      <w:r>
        <w:rPr>
          <w:b w:val="0"/>
          <w:sz w:val="20"/>
        </w:rPr>
        <w:t>Either party may terminate this Agreement at any time with or without cause by providing written notice to the other party.</w:t>
      </w:r>
    </w:p>
    <w:p>
      <w:r>
        <w:rPr>
          <w:b w:val="0"/>
          <w:sz w:val="20"/>
        </w:rPr>
        <w:t>Upon termination, Employer shall pay Employee for all hours worked up to the termination date.</w:t>
      </w:r>
    </w:p>
    <w:p/>
    <w:p>
      <w:r>
        <w:rPr>
          <w:b/>
          <w:sz w:val="20"/>
        </w:rPr>
        <w:t>8. Confidentiality</w:t>
      </w:r>
    </w:p>
    <w:p>
      <w:r>
        <w:rPr>
          <w:b w:val="0"/>
          <w:sz w:val="20"/>
        </w:rPr>
        <w:t>Employee agrees to maintain the confidentiality of all proprietary and confidential information obtained during the term of employment.</w:t>
      </w:r>
    </w:p>
    <w:p>
      <w:r>
        <w:rPr>
          <w:b w:val="0"/>
          <w:sz w:val="20"/>
        </w:rPr>
        <w:t>This obligation shall survive termination of this Agreement.</w:t>
      </w:r>
    </w:p>
    <w:p/>
    <w:p>
      <w:r>
        <w:rPr>
          <w:b/>
          <w:sz w:val="20"/>
        </w:rPr>
        <w:t>9. Non-Competition and Non-Solicitation</w:t>
      </w:r>
    </w:p>
    <w:p>
      <w:r>
        <w:rPr>
          <w:b w:val="0"/>
          <w:sz w:val="20"/>
        </w:rPr>
        <w:t>During the term of this Agreement and for a period of six (6) months thereafter, Employee shall not engage in any business or activity that directly competes with Employer.</w:t>
      </w:r>
    </w:p>
    <w:p>
      <w:r>
        <w:rPr>
          <w:b w:val="0"/>
          <w:sz w:val="20"/>
        </w:rPr>
        <w:t>Employee shall not solicit Employer’s clients, customers, or employees during this period.</w:t>
      </w:r>
    </w:p>
    <w:p/>
    <w:p>
      <w:r>
        <w:rPr>
          <w:b/>
          <w:sz w:val="20"/>
        </w:rPr>
        <w:t>10. Employment Status</w:t>
      </w:r>
    </w:p>
    <w:p>
      <w:r>
        <w:rPr>
          <w:b w:val="0"/>
          <w:sz w:val="20"/>
        </w:rPr>
        <w:t>Employee shall be considered an at-will employee of Employer and not an independent contractor.</w:t>
      </w:r>
    </w:p>
    <w:p>
      <w:r>
        <w:rPr>
          <w:b w:val="0"/>
          <w:sz w:val="20"/>
        </w:rPr>
        <w:t>Nothing in this Agreement shall be construed to create a partnership, joint venture, or agency relationship between the parties.</w:t>
      </w:r>
    </w:p>
    <w:p/>
    <w:p>
      <w:r>
        <w:rPr>
          <w:b/>
          <w:sz w:val="20"/>
        </w:rPr>
        <w:t>11. Compliance with Law</w:t>
      </w:r>
    </w:p>
    <w:p>
      <w:r>
        <w:rPr>
          <w:b w:val="0"/>
          <w:sz w:val="20"/>
        </w:rPr>
        <w:t>Employee agrees to comply with all applicable federal, state, and local laws, regulations, and Employer’s policies.</w:t>
      </w:r>
    </w:p>
    <w:p>
      <w:r>
        <w:rPr>
          <w:b w:val="0"/>
          <w:sz w:val="20"/>
        </w:rPr>
        <w:t>Employer reserves the right to modify policies and procedures at its discretion.</w:t>
      </w:r>
    </w:p>
    <w:p/>
    <w:p>
      <w:r>
        <w:rPr>
          <w:b/>
          <w:sz w:val="20"/>
        </w:rPr>
        <w:t>12. Entire Agreement</w:t>
      </w:r>
    </w:p>
    <w:p>
      <w:r>
        <w:rPr>
          <w:b w:val="0"/>
          <w:sz w:val="20"/>
        </w:rPr>
        <w:t>This Agreement constitutes the entire agreement between the parties and supersedes all prior oral or written agreements.</w:t>
      </w:r>
    </w:p>
    <w:p>
      <w:r>
        <w:rPr>
          <w:b w:val="0"/>
          <w:sz w:val="20"/>
        </w:rPr>
        <w:t>No modification or amendment shall be valid unless made in writing and signed by both parties.</w:t>
      </w:r>
    </w:p>
    <w:p/>
    <w:p>
      <w:r>
        <w:rPr>
          <w:b/>
          <w:sz w:val="20"/>
        </w:rPr>
        <w:t>13. Governing Law</w:t>
      </w:r>
    </w:p>
    <w:p>
      <w:r>
        <w:rPr>
          <w:b w:val="0"/>
          <w:sz w:val="20"/>
        </w:rPr>
        <w:t>This Agreement shall be governed by and construed in accordance with the laws of the State of _____________________, without regard to conflict of laws principles.</w:t>
      </w:r>
    </w:p>
    <w:p/>
    <w:p>
      <w:r>
        <w:rPr>
          <w:b/>
          <w:sz w:val="20"/>
        </w:rPr>
        <w:t>14. Severability</w:t>
      </w:r>
    </w:p>
    <w:p>
      <w:r>
        <w:rPr>
          <w:b w:val="0"/>
          <w:sz w:val="20"/>
        </w:rPr>
        <w:t>If any provision of this Agreement is held to be invalid or unenforceable, the remaining provisions shall remain in full force and effect.</w:t>
      </w:r>
    </w:p>
    <w:p/>
    <w:p>
      <w:r>
        <w:rPr>
          <w:b/>
          <w:sz w:val="20"/>
        </w:rPr>
        <w:t>15. Notices</w:t>
      </w:r>
    </w:p>
    <w:p>
      <w:r>
        <w:rPr>
          <w:b w:val="0"/>
          <w:sz w:val="20"/>
        </w:rPr>
        <w:t>All notices or communications required or permitted under this Agreement shall be in writing and delivered personally or sent by certified mail to the addresses listed above or to such other addresses as may be designated in writing.</w:t>
      </w:r>
    </w:p>
    <w:p/>
    <w:p/>
    <w:p>
      <w:r>
        <w:rPr>
          <w:b w:val="0"/>
          <w:sz w:val="20"/>
        </w:rPr>
        <w:t>Place of signature: ________________________________________________</w:t>
      </w:r>
    </w:p>
    <w:p>
      <w:r>
        <w:rPr>
          <w:b w:val="0"/>
          <w:sz w:val="20"/>
        </w:rPr>
        <w:t>Date of signature: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EMPLOYER</w:t>
            </w:r>
          </w:p>
        </w:tc>
        <w:tc>
          <w:tcPr>
            <w:tcW w:type="dxa" w:w="4986"/>
            <w:tcBorders>
              <w:top w:val="nil"/>
              <w:left w:val="nil"/>
              <w:bottom w:val="nil"/>
              <w:right w:val="nil"/>
              <w:insideH w:val="nil"/>
              <w:insideV w:val="nil"/>
            </w:tcBorders>
          </w:tcPr>
          <w:p>
            <w:pPr>
              <w:jc w:val="center"/>
            </w:pPr>
            <w:r>
              <w:t>EMPLOYEE</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https://contracttemplate-us.com/temporary-employment-contract/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https://contracttemplate-us.com</w:t>
        </w:r>
      </w:hyperlink>
    </w:p>
    <w:p>
      <w:pPr>
        <w:jc w:val="center"/>
      </w:pPr>
      <w:r>
        <w:rPr>
          <w:color w:val="808080"/>
          <w:sz w:val="20"/>
        </w:rPr>
        <w:t>This template is intended exclusively for personal, non-commercial use.</w:t>
        <w:br/>
        <w:t>If distributed or published, the source must be mentioned. © contracttemplate-us.com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template-us.com/temporary-employment-contract/" TargetMode="External"/><Relationship Id="rId10" Type="http://schemas.openxmlformats.org/officeDocument/2006/relationships/hyperlink" Target="https://contract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