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SUBJECT TO CONTRACT AGREEMENT</w:t>
      </w:r>
    </w:p>
    <w:p/>
    <w:p/>
    <w:p>
      <w:r>
        <w:rPr>
          <w:b w:val="0"/>
          <w:sz w:val="20"/>
        </w:rPr>
        <w:t>This document sets forth the terms and conditions under which the parties intend to negotiate and enter into a binding agreement. Except as expressly provided herein, this document is not legally binding and creates no obligation on either party to consummate a transaction.</w:t>
      </w:r>
    </w:p>
    <w:p/>
    <w:p>
      <w:r>
        <w:rPr>
          <w:b/>
          <w:sz w:val="20"/>
        </w:rPr>
        <w:t>Party A Information:</w:t>
      </w:r>
    </w:p>
    <w:p>
      <w:r>
        <w:rPr>
          <w:b w:val="0"/>
          <w:sz w:val="20"/>
        </w:rPr>
        <w:t>Full Legal Name: ____________________________________________________________</w:t>
      </w:r>
    </w:p>
    <w:p>
      <w:r>
        <w:rPr>
          <w:b w:val="0"/>
          <w:sz w:val="20"/>
        </w:rPr>
        <w:t>Business or Residential Address: ______________________________________________</w:t>
      </w:r>
    </w:p>
    <w:p>
      <w:r>
        <w:rPr>
          <w:b w:val="0"/>
          <w:sz w:val="20"/>
        </w:rPr>
        <w:t>Contact Person (if applicable): _______________________________________________</w:t>
      </w:r>
    </w:p>
    <w:p>
      <w:r>
        <w:rPr>
          <w:b w:val="0"/>
          <w:sz w:val="20"/>
        </w:rPr>
        <w:t>Phone Number: _______________________________________________________________</w:t>
      </w:r>
    </w:p>
    <w:p/>
    <w:p>
      <w:r>
        <w:rPr>
          <w:b/>
          <w:sz w:val="20"/>
        </w:rPr>
        <w:t>Party B Information:</w:t>
      </w:r>
    </w:p>
    <w:p>
      <w:r>
        <w:rPr>
          <w:b w:val="0"/>
          <w:sz w:val="20"/>
        </w:rPr>
        <w:t>Full Legal Name: ____________________________________________________________</w:t>
      </w:r>
    </w:p>
    <w:p>
      <w:r>
        <w:rPr>
          <w:b w:val="0"/>
          <w:sz w:val="20"/>
        </w:rPr>
        <w:t>Business or Residential Address: ______________________________________________</w:t>
      </w:r>
    </w:p>
    <w:p>
      <w:r>
        <w:rPr>
          <w:b w:val="0"/>
          <w:sz w:val="20"/>
        </w:rPr>
        <w:t>Contact Person (if applicable): _______________________________________________</w:t>
      </w:r>
    </w:p>
    <w:p>
      <w:r>
        <w:rPr>
          <w:b w:val="0"/>
          <w:sz w:val="20"/>
        </w:rPr>
        <w:t>Phone Number: _______________________________________________________________</w:t>
      </w:r>
    </w:p>
    <w:p/>
    <w:p>
      <w:r>
        <w:rPr>
          <w:b/>
          <w:sz w:val="20"/>
        </w:rPr>
        <w:t>Purpose of This Document:</w:t>
      </w:r>
    </w:p>
    <w:p>
      <w:r>
        <w:rPr>
          <w:b w:val="0"/>
          <w:sz w:val="20"/>
        </w:rPr>
        <w:t>This Subject to Contract Agreement (Agreement) is intended solely as a statement of the present understanding between the parties with respect to a potential transaction and does not create any legal obligation except as expressly stated herein. All terms and conditions contemplated by the parties shall be set forth in a definitive, legally binding agreement to be negotiated and executed by the parties.</w:t>
      </w:r>
    </w:p>
    <w:p/>
    <w:p>
      <w:r>
        <w:rPr>
          <w:b/>
          <w:sz w:val="20"/>
        </w:rPr>
        <w:t>Binding Provisions:</w:t>
      </w:r>
    </w:p>
    <w:p>
      <w:r>
        <w:rPr>
          <w:b w:val="0"/>
          <w:sz w:val="20"/>
        </w:rPr>
        <w:t>Notwithstanding any other provision of this document, the provisions relating to confidentiality, exclusivity, governing law, and dispute resolution shall be binding upon the parties.</w:t>
      </w:r>
    </w:p>
    <w:p/>
    <w:p>
      <w:r>
        <w:rPr>
          <w:b/>
          <w:sz w:val="20"/>
        </w:rPr>
        <w:t>Confidentiality:</w:t>
      </w:r>
    </w:p>
    <w:p>
      <w:r>
        <w:rPr>
          <w:b w:val="0"/>
          <w:sz w:val="20"/>
        </w:rPr>
        <w:t>The parties agree that all information disclosed in connection with this Agreement shall be held in strict confidence and shall not be disclosed to any third party without prior written consent except as required by law or regulatory authority.</w:t>
      </w:r>
    </w:p>
    <w:p/>
    <w:p>
      <w:r>
        <w:rPr>
          <w:b/>
          <w:sz w:val="20"/>
        </w:rPr>
        <w:t>Exclusivity:</w:t>
      </w:r>
    </w:p>
    <w:p>
      <w:r>
        <w:rPr>
          <w:b w:val="0"/>
          <w:sz w:val="20"/>
        </w:rPr>
        <w:t>The parties agree that during the negotiation period, neither party shall negotiate or enter into any agreement with any third party relating to the subject matter of this Agreement without the prior written consent of the other party.</w:t>
      </w:r>
    </w:p>
    <w:p/>
    <w:p>
      <w:r>
        <w:rPr>
          <w:b/>
          <w:sz w:val="20"/>
        </w:rPr>
        <w:t>No Obligation to Proceed:</w:t>
      </w:r>
    </w:p>
    <w:p>
      <w:r>
        <w:rPr>
          <w:b w:val="0"/>
          <w:sz w:val="20"/>
        </w:rPr>
        <w:t>Neither party shall be under any obligation to proceed with the transaction unless and until a definitive written agreement has been executed by both parties.</w:t>
      </w:r>
    </w:p>
    <w:p/>
    <w:p>
      <w:r>
        <w:rPr>
          <w:b/>
          <w:sz w:val="20"/>
        </w:rPr>
        <w:t>Exclusivity Period:</w:t>
      </w:r>
    </w:p>
    <w:p>
      <w:r>
        <w:rPr>
          <w:b w:val="0"/>
          <w:sz w:val="20"/>
        </w:rPr>
        <w:t>The exclusivity obligations set forth herein shall remain in effect for a period of ________________ days from the date of this Agreement, unless mutually extended or terminated in writing.</w:t>
      </w:r>
    </w:p>
    <w:p/>
    <w:p>
      <w:r>
        <w:rPr>
          <w:b/>
          <w:sz w:val="20"/>
        </w:rPr>
        <w:t>Governing Law:</w:t>
      </w:r>
    </w:p>
    <w:p>
      <w:r>
        <w:rPr>
          <w:b w:val="0"/>
          <w:sz w:val="20"/>
        </w:rPr>
        <w:t>This Agreement shall be governed by and construed in accordance with the laws of the State of ____________________, United States of America, without regard to its conflict of law principles.</w:t>
      </w:r>
    </w:p>
    <w:p/>
    <w:p>
      <w:r>
        <w:rPr>
          <w:b/>
          <w:sz w:val="20"/>
        </w:rPr>
        <w:t>Dispute Resolution:</w:t>
      </w:r>
    </w:p>
    <w:p>
      <w:r>
        <w:rPr>
          <w:b w:val="0"/>
          <w:sz w:val="20"/>
        </w:rPr>
        <w:t>Any disputes arising out of or in connection with this Agreement shall be resolved through good faith negotiations between the parties. If such disputes cannot be resolved amicably within thirty (30) days, they shall be submitted to binding arbitration in accordance with the rules of the American Arbitration Association, held in ____________________, State of ____________________.</w:t>
      </w:r>
    </w:p>
    <w:p/>
    <w:p>
      <w:r>
        <w:rPr>
          <w:b/>
          <w:sz w:val="20"/>
        </w:rPr>
        <w:t>Termination:</w:t>
      </w:r>
    </w:p>
    <w:p>
      <w:r>
        <w:rPr>
          <w:b w:val="0"/>
          <w:sz w:val="20"/>
        </w:rPr>
        <w:t>This Agreement may be terminated by either party upon written notice to the other party at any time. Termination shall not affect the binding nature of the confidentiality, exclusivity, governing law, and dispute resolution provisions.</w:t>
      </w:r>
    </w:p>
    <w:p/>
    <w:p>
      <w:r>
        <w:rPr>
          <w:b/>
          <w:sz w:val="20"/>
        </w:rPr>
        <w:t>No Representations or Warranties:</w:t>
      </w:r>
    </w:p>
    <w:p>
      <w:r>
        <w:rPr>
          <w:b w:val="0"/>
          <w:sz w:val="20"/>
        </w:rPr>
        <w:t>Neither party makes any representations or warranties, express or implied, regarding the subject matter of the potential transaction, except as specifically set forth in any definitive agreement executed by both parties.</w:t>
      </w:r>
    </w:p>
    <w:p/>
    <w:p>
      <w:r>
        <w:rPr>
          <w:b/>
          <w:sz w:val="20"/>
        </w:rPr>
        <w:t>Entire Agreement:</w:t>
      </w:r>
    </w:p>
    <w:p>
      <w:r>
        <w:rPr>
          <w:b w:val="0"/>
          <w:sz w:val="20"/>
        </w:rPr>
        <w:t>This Agreement constitutes the entire understanding between the parties with respect to the subject matter hereof and supersedes all prior discussions, negotiations, and understandings, whether oral or written.</w:t>
      </w:r>
    </w:p>
    <w:p/>
    <w:p/>
    <w:p>
      <w:r>
        <w:rPr>
          <w:b w:val="0"/>
          <w:sz w:val="20"/>
        </w:rPr>
        <w:t>Place of signature: 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https://contracttemplate-us.com/subject-to-contract/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subject-to-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