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SPERM DONOR AGREEMENT</w:t>
      </w:r>
    </w:p>
    <w:p/>
    <w:p>
      <w:r>
        <w:rPr>
          <w:b/>
          <w:sz w:val="20"/>
        </w:rPr>
        <w:t>This Sperm Donor Agreement ("Agreement") is entered into by and between the following parties:</w:t>
      </w:r>
    </w:p>
    <w:p/>
    <w:p>
      <w:r>
        <w:rPr>
          <w:b/>
          <w:sz w:val="20"/>
        </w:rPr>
        <w:t>Donor Information:</w:t>
      </w:r>
    </w:p>
    <w:p>
      <w:r>
        <w:rPr>
          <w:b w:val="0"/>
          <w:sz w:val="20"/>
        </w:rPr>
        <w:t>Full Name: ____________________________________________________________</w:t>
      </w:r>
    </w:p>
    <w:p>
      <w:r>
        <w:rPr>
          <w:b w:val="0"/>
          <w:sz w:val="20"/>
        </w:rPr>
        <w:t>Date of Birth: _________________________________________________________</w:t>
      </w:r>
    </w:p>
    <w:p>
      <w:r>
        <w:rPr>
          <w:b w:val="0"/>
          <w:sz w:val="20"/>
        </w:rPr>
        <w:t>Address: _______________________________________________________________</w:t>
      </w:r>
    </w:p>
    <w:p>
      <w:r>
        <w:rPr>
          <w:b w:val="0"/>
          <w:sz w:val="20"/>
        </w:rPr>
        <w:t>Phone: _________________________________________________________________</w:t>
      </w:r>
    </w:p>
    <w:p/>
    <w:p>
      <w:r>
        <w:rPr>
          <w:b/>
          <w:sz w:val="20"/>
        </w:rPr>
        <w:t>Recipient Information:</w:t>
      </w:r>
    </w:p>
    <w:p>
      <w:r>
        <w:rPr>
          <w:b w:val="0"/>
          <w:sz w:val="20"/>
        </w:rPr>
        <w:t>Full Name: ____________________________________________________________</w:t>
      </w:r>
    </w:p>
    <w:p>
      <w:r>
        <w:rPr>
          <w:b w:val="0"/>
          <w:sz w:val="20"/>
        </w:rPr>
        <w:t>Date of Birth: _________________________________________________________</w:t>
      </w:r>
    </w:p>
    <w:p>
      <w:r>
        <w:rPr>
          <w:b w:val="0"/>
          <w:sz w:val="20"/>
        </w:rPr>
        <w:t>Address: _______________________________________________________________</w:t>
      </w:r>
    </w:p>
    <w:p>
      <w:r>
        <w:rPr>
          <w:b w:val="0"/>
          <w:sz w:val="20"/>
        </w:rPr>
        <w:t>Phone: _________________________________________________________________</w:t>
      </w:r>
    </w:p>
    <w:p/>
    <w:p>
      <w:r>
        <w:rPr>
          <w:b/>
          <w:sz w:val="20"/>
        </w:rPr>
        <w:t>RECITALS</w:t>
      </w:r>
    </w:p>
    <w:p>
      <w:r>
        <w:rPr>
          <w:b w:val="0"/>
          <w:sz w:val="20"/>
        </w:rPr>
        <w:t>WHEREAS, Donor agrees to provide sperm to Recipient for the purpose of assisted reproduction;</w:t>
      </w:r>
    </w:p>
    <w:p>
      <w:r>
        <w:rPr>
          <w:b w:val="0"/>
          <w:sz w:val="20"/>
        </w:rPr>
        <w:t>WHEREAS, the parties desire to establish the terms and conditions governing their rights and obligations related to the donation;</w:t>
      </w:r>
    </w:p>
    <w:p>
      <w:r>
        <w:rPr>
          <w:b w:val="0"/>
          <w:sz w:val="20"/>
        </w:rPr>
        <w:t>NOW, THEREFORE, in consideration of the mutual promises and covenants herein, the parties agree as follows:</w:t>
      </w:r>
    </w:p>
    <w:p/>
    <w:p>
      <w:r>
        <w:rPr>
          <w:b/>
          <w:sz w:val="20"/>
        </w:rPr>
        <w:t>1. Donation of Sperm</w:t>
      </w:r>
    </w:p>
    <w:p>
      <w:r>
        <w:rPr>
          <w:b w:val="0"/>
          <w:sz w:val="20"/>
        </w:rPr>
        <w:t>Donor agrees to provide sperm samples to Recipient for use solely for Recipient’s assisted reproduction purposes. Donor represents and warrants that he is over the age of 21, is in good health, and is not aware of any medical condition that could be transmitted through the donation.</w:t>
      </w:r>
    </w:p>
    <w:p/>
    <w:p>
      <w:r>
        <w:rPr>
          <w:b/>
          <w:sz w:val="20"/>
        </w:rPr>
        <w:t>2. No Parental Rights or Obligations</w:t>
      </w:r>
    </w:p>
    <w:p>
      <w:r>
        <w:rPr>
          <w:b w:val="0"/>
          <w:sz w:val="20"/>
        </w:rPr>
        <w:t>Donor acknowledges and agrees that he shall have no parental rights or obligations with respect to any child conceived through the use of his sperm, and Recipient shall be deemed the sole legal parent(s). Donor waives any and all rights to custody, visitation, support, or other parental responsibilities.</w:t>
      </w:r>
    </w:p>
    <w:p/>
    <w:p>
      <w:r>
        <w:rPr>
          <w:b/>
          <w:sz w:val="20"/>
        </w:rPr>
        <w:t>3. Medical Screening and Disclosure</w:t>
      </w:r>
    </w:p>
    <w:p>
      <w:r>
        <w:rPr>
          <w:b w:val="0"/>
          <w:sz w:val="20"/>
        </w:rPr>
        <w:t>Donor agrees to undergo all recommended medical, genetic, and infectious disease testing prior to donation. Donor shall provide truthful and complete medical history information. Recipient acknowledges that while Donor has made disclosures and undergone testing, no warranty or guarantee is made regarding the health or genetics of any resulting child.</w:t>
      </w:r>
    </w:p>
    <w:p/>
    <w:p>
      <w:r>
        <w:rPr>
          <w:b/>
          <w:sz w:val="20"/>
        </w:rPr>
        <w:t>4. Use of Sperm</w:t>
      </w:r>
    </w:p>
    <w:p>
      <w:r>
        <w:rPr>
          <w:b w:val="0"/>
          <w:sz w:val="20"/>
        </w:rPr>
        <w:t>Recipient agrees to use the donated sperm only for assisted reproduction within the scope permitted by law. Recipient shall not sell, transfer, or otherwise distribute the sperm to any third party without Donor’s prior written consent.</w:t>
      </w:r>
    </w:p>
    <w:p/>
    <w:p>
      <w:r>
        <w:rPr>
          <w:b/>
          <w:sz w:val="20"/>
        </w:rPr>
        <w:t>5. Confidentiality and Anonymity</w:t>
      </w:r>
    </w:p>
    <w:p>
      <w:r>
        <w:rPr>
          <w:b w:val="0"/>
          <w:sz w:val="20"/>
        </w:rPr>
        <w:t>The parties agree to maintain confidentiality regarding identifying information of the Donor and Recipient, except as required by law or agreed upon in writing. Unless otherwise agreed, Donor’s identity shall remain confidential. Recipient may disclose information to medical professionals as necessary.</w:t>
      </w:r>
    </w:p>
    <w:p/>
    <w:p>
      <w:r>
        <w:rPr>
          <w:b/>
          <w:sz w:val="20"/>
        </w:rPr>
        <w:t>6. Compensation</w:t>
      </w:r>
    </w:p>
    <w:p>
      <w:r>
        <w:rPr>
          <w:b w:val="0"/>
          <w:sz w:val="20"/>
        </w:rPr>
        <w:t>Donor acknowledges receipt of compensation for his donation as agreed separately and acknowledges that this Agreement does not constitute payment for any parental rights or obligations. Any additional expenses or costs associated with donation or assisted reproduction shall be borne by Recipient.</w:t>
      </w:r>
    </w:p>
    <w:p/>
    <w:p>
      <w:r>
        <w:rPr>
          <w:b/>
          <w:sz w:val="20"/>
        </w:rPr>
        <w:t>7. Representations and Warranties</w:t>
      </w:r>
    </w:p>
    <w:p>
      <w:r>
        <w:rPr>
          <w:b w:val="0"/>
          <w:sz w:val="20"/>
        </w:rPr>
        <w:t>Donor represents that he is not aware of any genetic diseases, heritable conditions, or communicable diseases that would materially affect Recipient or any resulting child. Donor makes no guarantees or warranties beyond those expressly stated herein.</w:t>
      </w:r>
    </w:p>
    <w:p/>
    <w:p>
      <w:r>
        <w:rPr>
          <w:b/>
          <w:sz w:val="20"/>
        </w:rPr>
        <w:t>8. Indemnification</w:t>
      </w:r>
    </w:p>
    <w:p>
      <w:r>
        <w:rPr>
          <w:b w:val="0"/>
          <w:sz w:val="20"/>
        </w:rPr>
        <w:t>Recipient agrees to indemnify, defend, and hold harmless Donor from any claims, liabilities, damages, or expenses arising out of the Recipient’s use of the sperm or any resulting child, except to the extent caused by Donor’s gross negligence or willful misconduct.</w:t>
      </w:r>
    </w:p>
    <w:p/>
    <w:p>
      <w:r>
        <w:rPr>
          <w:b/>
          <w:sz w:val="20"/>
        </w:rPr>
        <w:t>9. Governing Law and Jurisdiction</w:t>
      </w:r>
    </w:p>
    <w:p>
      <w:r>
        <w:rPr>
          <w:b w:val="0"/>
          <w:sz w:val="20"/>
        </w:rPr>
        <w:t>This Agreement shall be governed by and construed in accordance with the laws of the state in which Recipient resides. Any disputes arising under or in connection with this Agreement shall be resolved exclusively in the appropriate state or federal courts located therein.</w:t>
      </w:r>
    </w:p>
    <w:p/>
    <w:p>
      <w:r>
        <w:rPr>
          <w:b/>
          <w:sz w:val="20"/>
        </w:rPr>
        <w:t>10. Entire Agreement</w:t>
      </w:r>
    </w:p>
    <w:p>
      <w:r>
        <w:rPr>
          <w:b w:val="0"/>
          <w:sz w:val="20"/>
        </w:rPr>
        <w:t>This Agreement constitutes the entire understanding between the parties and supersedes all prior negotiations or agreements, whether written or oral, relating to its subject matter. Any amendments must be in writing and signed by both parties.</w:t>
      </w:r>
    </w:p>
    <w:p/>
    <w:p>
      <w:r>
        <w:rPr>
          <w:b/>
          <w:sz w:val="20"/>
        </w:rPr>
        <w:t>11. Severability</w:t>
      </w:r>
    </w:p>
    <w:p>
      <w:r>
        <w:rPr>
          <w:b w:val="0"/>
          <w:sz w:val="20"/>
        </w:rPr>
        <w:t>If any provision of this Agreement is held invalid or unenforceable, the remaining provisions shall remain in full force and effect.</w:t>
      </w:r>
    </w:p>
    <w:p/>
    <w:p>
      <w:r>
        <w:rPr>
          <w:b/>
          <w:sz w:val="20"/>
        </w:rPr>
        <w:t>12. Voluntary Agreement</w:t>
      </w:r>
    </w:p>
    <w:p>
      <w:r>
        <w:rPr>
          <w:b w:val="0"/>
          <w:sz w:val="20"/>
        </w:rPr>
        <w:t>Each party acknowledges that they have read and understood this Agreement, have had the opportunity to seek independent legal counsel, and enter into this Agreement voluntarily and without duress or undue influence.</w:t>
      </w:r>
    </w:p>
    <w:p/>
    <w:p/>
    <w:p>
      <w:r>
        <w:rPr>
          <w:b w:val="0"/>
          <w:sz w:val="20"/>
        </w:rPr>
        <w:t>Place of Agreement Execution: 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DONOR</w:t>
            </w:r>
          </w:p>
        </w:tc>
        <w:tc>
          <w:tcPr>
            <w:tcW w:type="dxa" w:w="4986"/>
            <w:tcBorders>
              <w:top w:val="nil"/>
              <w:left w:val="nil"/>
              <w:bottom w:val="nil"/>
              <w:right w:val="nil"/>
              <w:insideH w:val="nil"/>
              <w:insideV w:val="nil"/>
            </w:tcBorders>
          </w:tcPr>
          <w:p>
            <w:pPr>
              <w:jc w:val="center"/>
            </w:pPr>
            <w:r>
              <w:t>RECIPIENT</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https://contracttemplate-us.com/sperm-donor-contract/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https://contracttemplate-us.com</w:t>
        </w:r>
      </w:hyperlink>
    </w:p>
    <w:p>
      <w:pPr>
        <w:jc w:val="center"/>
      </w:pPr>
      <w:r>
        <w:rPr>
          <w:color w:val="808080"/>
          <w:sz w:val="20"/>
        </w:rPr>
        <w:t>This template is intended exclusively for personal, non-commercial use.</w:t>
        <w:br/>
        <w:t>If distributed or published, the source must be mentioned. © contracttemplate-us.com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contracttemplate-us.com/sperm-donor-contract/" TargetMode="External"/><Relationship Id="rId10" Type="http://schemas.openxmlformats.org/officeDocument/2006/relationships/hyperlink" Target="https://contracttemplate-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