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0"/>
        </w:rPr>
        <w:t>SMALL BUSINESS SERVICES AGREEMENT</w:t>
      </w:r>
    </w:p>
    <w:p/>
    <w:p>
      <w:r>
        <w:rPr>
          <w:b/>
          <w:sz w:val="20"/>
        </w:rPr>
        <w:t>This Small Business Services Agreement (the "Agreement") is entered into by and between the following parties:</w:t>
      </w:r>
    </w:p>
    <w:p/>
    <w:p>
      <w:r>
        <w:rPr>
          <w:b/>
          <w:sz w:val="20"/>
        </w:rPr>
        <w:t>Service Provider Information:</w:t>
      </w:r>
    </w:p>
    <w:p>
      <w:r>
        <w:rPr>
          <w:b w:val="0"/>
          <w:sz w:val="20"/>
        </w:rPr>
        <w:t>Legal Business Name: ____________________________________________________________</w:t>
      </w:r>
    </w:p>
    <w:p>
      <w:r>
        <w:rPr>
          <w:b w:val="0"/>
          <w:sz w:val="20"/>
        </w:rPr>
        <w:t>Business Address: ______________________________________________________________</w:t>
      </w:r>
    </w:p>
    <w:p>
      <w:r>
        <w:rPr>
          <w:b w:val="0"/>
          <w:sz w:val="20"/>
        </w:rPr>
        <w:t>Contact Person: _________________________________________________________________</w:t>
      </w:r>
    </w:p>
    <w:p>
      <w:r>
        <w:rPr>
          <w:b w:val="0"/>
          <w:sz w:val="20"/>
        </w:rPr>
        <w:t>Phone: _________________________________________________________________________</w:t>
      </w:r>
    </w:p>
    <w:p>
      <w:r>
        <w:rPr>
          <w:b w:val="0"/>
          <w:sz w:val="20"/>
        </w:rPr>
        <w:t>Email: _________________________________________________________________________</w:t>
      </w:r>
    </w:p>
    <w:p/>
    <w:p>
      <w:r>
        <w:rPr>
          <w:b/>
          <w:sz w:val="20"/>
        </w:rPr>
        <w:t>Client Information:</w:t>
      </w:r>
    </w:p>
    <w:p>
      <w:r>
        <w:rPr>
          <w:b w:val="0"/>
          <w:sz w:val="20"/>
        </w:rPr>
        <w:t>Legal Business Name/Individual Name: ______________________________________________</w:t>
      </w:r>
    </w:p>
    <w:p>
      <w:r>
        <w:rPr>
          <w:b w:val="0"/>
          <w:sz w:val="20"/>
        </w:rPr>
        <w:t>Business/Residence Address: ______________________________________________________</w:t>
      </w:r>
    </w:p>
    <w:p>
      <w:r>
        <w:rPr>
          <w:b w:val="0"/>
          <w:sz w:val="20"/>
        </w:rPr>
        <w:t>Contact Person: _________________________________________________________________</w:t>
      </w:r>
    </w:p>
    <w:p>
      <w:r>
        <w:rPr>
          <w:b w:val="0"/>
          <w:sz w:val="20"/>
        </w:rPr>
        <w:t>Phone: _________________________________________________________________________</w:t>
      </w:r>
    </w:p>
    <w:p>
      <w:r>
        <w:rPr>
          <w:b w:val="0"/>
          <w:sz w:val="20"/>
        </w:rPr>
        <w:t>Email: _________________________________________________________________________</w:t>
      </w:r>
    </w:p>
    <w:p/>
    <w:p>
      <w:r>
        <w:rPr>
          <w:b/>
          <w:sz w:val="20"/>
        </w:rPr>
        <w:t>RECITALS</w:t>
      </w:r>
    </w:p>
    <w:p>
      <w:r>
        <w:rPr>
          <w:b w:val="0"/>
          <w:sz w:val="20"/>
        </w:rPr>
        <w:t>WHEREAS, Service Provider offers certain services as described herein;</w:t>
      </w:r>
    </w:p>
    <w:p>
      <w:r>
        <w:rPr>
          <w:b w:val="0"/>
          <w:sz w:val="20"/>
        </w:rPr>
        <w:t>WHEREAS, Client desires to engage Service Provider to perform such services under the terms and conditions set forth in this Agreement;</w:t>
      </w:r>
    </w:p>
    <w:p>
      <w:r>
        <w:rPr>
          <w:b w:val="0"/>
          <w:sz w:val="20"/>
        </w:rPr>
        <w:t>NOW, THEREFORE, in consideration of the mutual promises and covenants contained herein, the parties agree as follows:</w:t>
      </w:r>
    </w:p>
    <w:p/>
    <w:p>
      <w:r>
        <w:rPr>
          <w:b/>
          <w:sz w:val="20"/>
        </w:rPr>
        <w:t>1. SERVICES TO BE PROVIDED</w:t>
      </w:r>
    </w:p>
    <w:p>
      <w:r>
        <w:rPr>
          <w:b w:val="0"/>
          <w:sz w:val="20"/>
        </w:rPr>
        <w:t>Service Provider agrees to perform for Client the services described as follows:</w:t>
      </w:r>
    </w:p>
    <w:p>
      <w:r>
        <w:rPr>
          <w:b w:val="0"/>
          <w:sz w:val="20"/>
        </w:rPr>
        <w:t>__________________________________________________________________________________</w:t>
      </w:r>
    </w:p>
    <w:p>
      <w:r>
        <w:rPr>
          <w:b w:val="0"/>
          <w:sz w:val="20"/>
        </w:rPr>
        <w:t>__________________________________________________________________________________</w:t>
      </w:r>
    </w:p>
    <w:p>
      <w:r>
        <w:rPr>
          <w:b w:val="0"/>
          <w:sz w:val="20"/>
        </w:rPr>
        <w:t>Service Provider shall provide these services with due care, skill, and in accordance with industry standards.</w:t>
      </w:r>
    </w:p>
    <w:p/>
    <w:p>
      <w:r>
        <w:rPr>
          <w:b/>
          <w:sz w:val="20"/>
        </w:rPr>
        <w:t>2. TERM AND TERMINATION</w:t>
      </w:r>
    </w:p>
    <w:p>
      <w:r>
        <w:rPr>
          <w:b w:val="0"/>
          <w:sz w:val="20"/>
        </w:rPr>
        <w:t>This Agreement shall commence upon execution by both parties and continue until completion of the services or termination by either party as provided herein.</w:t>
      </w:r>
    </w:p>
    <w:p>
      <w:r>
        <w:rPr>
          <w:b w:val="0"/>
          <w:sz w:val="20"/>
        </w:rPr>
        <w:t>Either party may terminate this Agreement upon ___ days written notice to the other party.</w:t>
      </w:r>
    </w:p>
    <w:p>
      <w:r>
        <w:rPr>
          <w:b w:val="0"/>
          <w:sz w:val="20"/>
        </w:rPr>
        <w:t>Termination shall not relieve Client of payment obligations for services performed prior to termination.</w:t>
      </w:r>
    </w:p>
    <w:p/>
    <w:p>
      <w:r>
        <w:rPr>
          <w:b/>
          <w:sz w:val="20"/>
        </w:rPr>
        <w:t>3. COMPENSATION</w:t>
      </w:r>
    </w:p>
    <w:p>
      <w:r>
        <w:rPr>
          <w:b w:val="0"/>
          <w:sz w:val="20"/>
        </w:rPr>
        <w:t>Client agrees to pay Service Provider as follows:</w:t>
      </w:r>
    </w:p>
    <w:p>
      <w:r>
        <w:rPr>
          <w:b w:val="0"/>
          <w:sz w:val="20"/>
        </w:rPr>
        <w:t>- Fee Amount/Rate: ________________________________________________________________</w:t>
      </w:r>
    </w:p>
    <w:p>
      <w:r>
        <w:rPr>
          <w:b w:val="0"/>
          <w:sz w:val="20"/>
        </w:rPr>
        <w:t>- Payment Terms: _________________________________________________________________</w:t>
      </w:r>
    </w:p>
    <w:p>
      <w:r>
        <w:rPr>
          <w:b w:val="0"/>
          <w:sz w:val="20"/>
        </w:rPr>
        <w:t>- Invoices shall be issued _________________________________________________________</w:t>
      </w:r>
    </w:p>
    <w:p>
      <w:r>
        <w:rPr>
          <w:b w:val="0"/>
          <w:sz w:val="20"/>
        </w:rPr>
        <w:t>- Payment shall be due within ___ days of invoice receipt.</w:t>
      </w:r>
    </w:p>
    <w:p/>
    <w:p>
      <w:r>
        <w:rPr>
          <w:b/>
          <w:sz w:val="20"/>
        </w:rPr>
        <w:t>4. INDEPENDENT CONTRACTOR STATUS</w:t>
      </w:r>
    </w:p>
    <w:p>
      <w:r>
        <w:rPr>
          <w:b w:val="0"/>
          <w:sz w:val="20"/>
        </w:rPr>
        <w:t>Service Provider is an independent contractor and not an employee or agent of Client. Service Provider shall be solely responsible for all taxes, insurance, and benefits related to its employees or subcontractors.</w:t>
      </w:r>
    </w:p>
    <w:p/>
    <w:p>
      <w:r>
        <w:rPr>
          <w:b/>
          <w:sz w:val="20"/>
        </w:rPr>
        <w:t>5. CONFIDENTIALITY</w:t>
      </w:r>
    </w:p>
    <w:p>
      <w:r>
        <w:rPr>
          <w:b w:val="0"/>
          <w:sz w:val="20"/>
        </w:rPr>
        <w:t>Each party agrees to keep confidential all proprietary or non-public information disclosed by the other party during the performance of this Agreement and not to use such information except as permitted herein.</w:t>
      </w:r>
    </w:p>
    <w:p>
      <w:r>
        <w:rPr>
          <w:b w:val="0"/>
          <w:sz w:val="20"/>
        </w:rPr>
        <w:t>This obligation shall survive the termination of this Agreement.</w:t>
      </w:r>
    </w:p>
    <w:p/>
    <w:p>
      <w:r>
        <w:rPr>
          <w:b/>
          <w:sz w:val="20"/>
        </w:rPr>
        <w:t>6. INTELLECTUAL PROPERTY RIGHTS</w:t>
      </w:r>
    </w:p>
    <w:p>
      <w:r>
        <w:rPr>
          <w:b w:val="0"/>
          <w:sz w:val="20"/>
        </w:rPr>
        <w:t>Unless otherwise agreed in writing, all intellectual property developed by Service Provider in connection with the services shall be the property of Service Provider.</w:t>
      </w:r>
    </w:p>
    <w:p>
      <w:r>
        <w:rPr>
          <w:b w:val="0"/>
          <w:sz w:val="20"/>
        </w:rPr>
        <w:t>Service Provider grants Client a non-exclusive, non-transferable license to use deliverables solely for Client’s internal business purposes.</w:t>
      </w:r>
    </w:p>
    <w:p/>
    <w:p>
      <w:r>
        <w:rPr>
          <w:b/>
          <w:sz w:val="20"/>
        </w:rPr>
        <w:t>7. WARRANTIES AND DISCLAIMERS</w:t>
      </w:r>
    </w:p>
    <w:p>
      <w:r>
        <w:rPr>
          <w:b w:val="0"/>
          <w:sz w:val="20"/>
        </w:rPr>
        <w:t>Service Provider warrants that the services will be performed in a professional and workmanlike manner consistent with industry standards.</w:t>
      </w:r>
    </w:p>
    <w:p>
      <w:r>
        <w:rPr>
          <w:b w:val="0"/>
          <w:sz w:val="20"/>
        </w:rPr>
        <w:t>EXCEPT AS EXPRESSLY SET FORTH IN THIS AGREEMENT, SERVICE PROVIDER MAKES NO OTHER WARRANTIES, EXPRESS OR IMPLIED, INCLUDING WARRANTIES OF MERCHANTABILITY OR FITNESS FOR A PARTICULAR PURPOSE.</w:t>
      </w:r>
    </w:p>
    <w:p/>
    <w:p>
      <w:r>
        <w:rPr>
          <w:b/>
          <w:sz w:val="20"/>
        </w:rPr>
        <w:t>8. LIMITATION OF LIABILITY</w:t>
      </w:r>
    </w:p>
    <w:p>
      <w:r>
        <w:rPr>
          <w:b w:val="0"/>
          <w:sz w:val="20"/>
        </w:rPr>
        <w:t>IN NO EVENT SHALL EITHER PARTY BE LIABLE FOR ANY INDIRECT, INCIDENTAL, CONSEQUENTIAL, SPECIAL, OR PUNITIVE DAMAGES ARISING OUT OF THIS AGREEMENT.</w:t>
      </w:r>
    </w:p>
    <w:p>
      <w:r>
        <w:rPr>
          <w:b w:val="0"/>
          <w:sz w:val="20"/>
        </w:rPr>
        <w:t>SERVICE PROVIDER’S TOTAL LIABILITY UNDER THIS AGREEMENT SHALL NOT EXCEED THE TOTAL AMOUNT PAID BY CLIENT TO SERVICE PROVIDER UNDER THIS AGREEMENT.</w:t>
      </w:r>
    </w:p>
    <w:p/>
    <w:p>
      <w:r>
        <w:rPr>
          <w:b/>
          <w:sz w:val="20"/>
        </w:rPr>
        <w:t>9. INDEMNIFICATION</w:t>
      </w:r>
    </w:p>
    <w:p>
      <w:r>
        <w:rPr>
          <w:b w:val="0"/>
          <w:sz w:val="20"/>
        </w:rPr>
        <w:t>Each party agrees to indemnify, defend, and hold harmless the other party against any claims, damages, liabilities, costs, and expenses arising out of its breach of this Agreement, negligence, or willful misconduct.</w:t>
      </w:r>
    </w:p>
    <w:p/>
    <w:p>
      <w:r>
        <w:rPr>
          <w:b/>
          <w:sz w:val="20"/>
        </w:rPr>
        <w:t>10. GOVERNING LAW AND DISPUTE RESOLUTION</w:t>
      </w:r>
    </w:p>
    <w:p>
      <w:r>
        <w:rPr>
          <w:b w:val="0"/>
          <w:sz w:val="20"/>
        </w:rPr>
        <w:t>This Agreement shall be governed by and construed in accordance with the laws of the State of ______________________________, without regard to conflict of laws principles.</w:t>
      </w:r>
    </w:p>
    <w:p>
      <w:r>
        <w:rPr>
          <w:b w:val="0"/>
          <w:sz w:val="20"/>
        </w:rPr>
        <w:t>Any disputes arising under or in connection with this Agreement shall be resolved by arbitration in accordance with the rules of the American Arbitration Association.</w:t>
      </w:r>
    </w:p>
    <w:p>
      <w:r>
        <w:rPr>
          <w:b w:val="0"/>
          <w:sz w:val="20"/>
        </w:rPr>
        <w:t>The arbitration shall take place in ______________________________.</w:t>
      </w:r>
    </w:p>
    <w:p/>
    <w:p>
      <w:r>
        <w:rPr>
          <w:b/>
          <w:sz w:val="20"/>
        </w:rPr>
        <w:t>11. NOTICES</w:t>
      </w:r>
    </w:p>
    <w:p>
      <w:r>
        <w:rPr>
          <w:b w:val="0"/>
          <w:sz w:val="20"/>
        </w:rPr>
        <w:t>All notices required or permitted under this Agreement shall be in writing and delivered to the addresses listed above by personal delivery, certified mail, or courier service.</w:t>
      </w:r>
    </w:p>
    <w:p/>
    <w:p>
      <w:r>
        <w:rPr>
          <w:b/>
          <w:sz w:val="20"/>
        </w:rPr>
        <w:t>12. ENTIRE AGREEMENT AND AMENDMENTS</w:t>
      </w:r>
    </w:p>
    <w:p>
      <w:r>
        <w:rPr>
          <w:b w:val="0"/>
          <w:sz w:val="20"/>
        </w:rPr>
        <w:t>This Agreement constitutes the entire agreement between the parties and supersedes all prior agreements or understandings.</w:t>
      </w:r>
    </w:p>
    <w:p>
      <w:r>
        <w:rPr>
          <w:b w:val="0"/>
          <w:sz w:val="20"/>
        </w:rPr>
        <w:t>No modification or amendment shall be effective unless in writing and signed by both parties.</w:t>
      </w:r>
    </w:p>
    <w:p/>
    <w:p>
      <w:r>
        <w:rPr>
          <w:b/>
          <w:sz w:val="20"/>
        </w:rPr>
        <w:t>13. SEVERABILITY</w:t>
      </w:r>
    </w:p>
    <w:p>
      <w:r>
        <w:rPr>
          <w:b w:val="0"/>
          <w:sz w:val="20"/>
        </w:rPr>
        <w:t>If any provision of this Agreement is found to be invalid or unenforceable, the remaining provisions shall continue in full force and effect.</w:t>
      </w:r>
    </w:p>
    <w:p/>
    <w:p>
      <w:r>
        <w:rPr>
          <w:b/>
          <w:sz w:val="20"/>
        </w:rPr>
        <w:t>14. WAIVER</w:t>
      </w:r>
    </w:p>
    <w:p>
      <w:r>
        <w:rPr>
          <w:b w:val="0"/>
          <w:sz w:val="20"/>
        </w:rPr>
        <w:t>Failure to enforce any provision of this Agreement shall not be deemed a waiver of future enforcement of that or any other provision.</w:t>
      </w:r>
    </w:p>
    <w:p/>
    <w:p>
      <w:r>
        <w:rPr>
          <w:b/>
          <w:sz w:val="20"/>
        </w:rPr>
        <w:t>15. ASSIGNMENT</w:t>
      </w:r>
    </w:p>
    <w:p>
      <w:r>
        <w:rPr>
          <w:b w:val="0"/>
          <w:sz w:val="20"/>
        </w:rPr>
        <w:t>Neither party may assign or transfer this Agreement without the prior written consent of the other party, except to a successor in interest in connection with a merger or sale of substantially all assets.</w:t>
      </w:r>
    </w:p>
    <w:p/>
    <w:p/>
    <w:p>
      <w:r>
        <w:rPr>
          <w:b/>
          <w:sz w:val="20"/>
        </w:rPr>
        <w:t>IN WITNESS WHEREOF, the parties hereto have executed this Small Business Services Agreement as of the last date signed below.</w:t>
      </w:r>
    </w:p>
    <w:p/>
    <w:p/>
    <w:p>
      <w:r>
        <w:rPr>
          <w:b w:val="0"/>
          <w:sz w:val="20"/>
        </w:rPr>
        <w:t>Place of Execution: ___________________________________________________________</w:t>
      </w:r>
    </w:p>
    <w:p>
      <w:r>
        <w:rPr>
          <w:b w:val="0"/>
          <w:sz w:val="20"/>
        </w:rPr>
        <w:t>Date of Execution: ____________________________________________________________</w:t>
      </w:r>
    </w:p>
    <w:p/>
    <w:p/>
    <w:tbl>
      <w:tblPr>
        <w:tblW w:type="auto" w:w="0"/>
        <w:tblLayout w:type="autofit"/>
        <w:tblLook w:firstColumn="1" w:firstRow="1" w:lastColumn="0" w:lastRow="0" w:noHBand="0" w:noVBand="1" w:val="04A0"/>
      </w:tblPr>
      <w:tblGrid>
        <w:gridCol w:w="4986"/>
        <w:gridCol w:w="4986"/>
      </w:tblGrid>
      <w:tr>
        <w:tc>
          <w:tcPr>
            <w:tcW w:type="dxa" w:w="4986"/>
            <w:tcBorders>
              <w:top w:val="nil"/>
              <w:left w:val="nil"/>
              <w:bottom w:val="nil"/>
              <w:right w:val="nil"/>
              <w:insideH w:val="nil"/>
              <w:insideV w:val="nil"/>
            </w:tcBorders>
          </w:tcPr>
          <w:p>
            <w:pPr>
              <w:jc w:val="center"/>
            </w:pPr>
            <w:r>
              <w:t>SERVICE PROVIDER</w:t>
            </w:r>
          </w:p>
        </w:tc>
        <w:tc>
          <w:tcPr>
            <w:tcW w:type="dxa" w:w="4986"/>
            <w:tcBorders>
              <w:top w:val="nil"/>
              <w:left w:val="nil"/>
              <w:bottom w:val="nil"/>
              <w:right w:val="nil"/>
              <w:insideH w:val="nil"/>
              <w:insideV w:val="nil"/>
            </w:tcBorders>
          </w:tcPr>
          <w:p>
            <w:pPr>
              <w:jc w:val="center"/>
            </w:pPr>
            <w:r>
              <w:t>CLIENT</w:t>
            </w:r>
          </w:p>
        </w:tc>
      </w:tr>
      <w:tr>
        <w:tc>
          <w:tcPr>
            <w:tcW w:type="dxa" w:w="4986"/>
            <w:tcBorders>
              <w:top w:val="nil"/>
              <w:left w:val="nil"/>
              <w:bottom w:val="nil"/>
              <w:right w:val="nil"/>
              <w:insideH w:val="nil"/>
              <w:insideV w:val="nil"/>
            </w:tcBorders>
          </w:tcPr>
          <w:p>
            <w:pPr>
              <w:jc w:val="center"/>
            </w:pPr>
            <w:r>
              <w:br/>
              <w:br/>
              <w:t>Signature: _________________________</w:t>
            </w:r>
          </w:p>
        </w:tc>
        <w:tc>
          <w:tcPr>
            <w:tcW w:type="dxa" w:w="4986"/>
            <w:tcBorders>
              <w:top w:val="nil"/>
              <w:left w:val="nil"/>
              <w:bottom w:val="nil"/>
              <w:right w:val="nil"/>
              <w:insideH w:val="nil"/>
              <w:insideV w:val="nil"/>
            </w:tcBorders>
          </w:tcPr>
          <w:p>
            <w:pPr>
              <w:jc w:val="center"/>
            </w:pPr>
            <w:r>
              <w:br/>
              <w:br/>
              <w:t>Signature: _________________________</w:t>
            </w:r>
          </w:p>
        </w:tc>
      </w:tr>
      <w:tr>
        <w:tc>
          <w:tcPr>
            <w:tcW w:type="dxa" w:w="4986"/>
            <w:tcBorders>
              <w:top w:val="nil"/>
              <w:left w:val="nil"/>
              <w:bottom w:val="nil"/>
              <w:right w:val="nil"/>
              <w:insideH w:val="nil"/>
              <w:insideV w:val="nil"/>
            </w:tcBorders>
          </w:tcPr>
          <w:p>
            <w:pPr>
              <w:jc w:val="center"/>
            </w:pPr>
            <w:r>
              <w:t>Name &amp; Title: ________________________________</w:t>
            </w:r>
          </w:p>
        </w:tc>
        <w:tc>
          <w:tcPr>
            <w:tcW w:type="dxa" w:w="4986"/>
            <w:tcBorders>
              <w:top w:val="nil"/>
              <w:left w:val="nil"/>
              <w:bottom w:val="nil"/>
              <w:right w:val="nil"/>
              <w:insideH w:val="nil"/>
              <w:insideV w:val="nil"/>
            </w:tcBorders>
          </w:tcPr>
          <w:p>
            <w:pPr>
              <w:jc w:val="center"/>
            </w:pPr>
            <w:r>
              <w:t>Name &amp; Title: ________________________________</w:t>
            </w:r>
          </w:p>
        </w:tc>
      </w:tr>
    </w:tbl>
    <w:p>
      <w:r>
        <w:br w:type="page"/>
      </w:r>
    </w:p>
    <w:p>
      <w:pPr>
        <w:jc w:val="center"/>
      </w:pPr>
      <w:r>
        <w:rPr>
          <w:color w:val="555555"/>
          <w:sz w:val="24"/>
        </w:rPr>
        <w:t>Original source of this document:</w:t>
      </w:r>
    </w:p>
    <w:p>
      <w:pPr>
        <w:jc w:val="center"/>
      </w:pPr>
      <w:hyperlink r:id="rId9">
        <w:r>
          <w:rPr>
            <w:color w:val="0000FF"/>
            <w:u w:val="single"/>
          </w:rPr>
          <w:t>https://contracttemplate-us.com/small-business-business-contract/</w:t>
        </w:r>
      </w:hyperlink>
    </w:p>
    <w:p>
      <w:pPr>
        <w:jc w:val="center"/>
      </w:pPr>
      <w:r>
        <w:rPr>
          <w:color w:val="555555"/>
          <w:sz w:val="26"/>
        </w:rPr>
        <w:t>Did you find this template helpful?</w:t>
      </w:r>
    </w:p>
    <w:p>
      <w:pPr>
        <w:jc w:val="center"/>
      </w:pPr>
      <w:r>
        <w:rPr>
          <w:color w:val="555555"/>
          <w:sz w:val="26"/>
        </w:rPr>
        <w:t>Find more updated templates at:</w:t>
      </w:r>
    </w:p>
    <w:p>
      <w:pPr>
        <w:jc w:val="center"/>
      </w:pPr>
      <w:hyperlink r:id="rId10">
        <w:r>
          <w:rPr>
            <w:color w:val="0000FF"/>
            <w:u w:val="single"/>
          </w:rPr>
          <w:t>https://contracttemplate-us.com</w:t>
        </w:r>
      </w:hyperlink>
    </w:p>
    <w:p>
      <w:pPr>
        <w:jc w:val="center"/>
      </w:pPr>
      <w:r>
        <w:rPr>
          <w:color w:val="808080"/>
          <w:sz w:val="20"/>
        </w:rPr>
        <w:t>This template is intended exclusively for personal, non-commercial use.</w:t>
        <w:br/>
        <w:t>If distributed or published, the source must be mentioned. © contracttemplate-us.com</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contracttemplate-us.com/small-business-business-contract/" TargetMode="External"/><Relationship Id="rId10" Type="http://schemas.openxmlformats.org/officeDocument/2006/relationships/hyperlink" Target="https://contracttemplate-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