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SIMPLE ROOFING CONTRACT AGREEMENT</w:t>
      </w:r>
    </w:p>
    <w:p/>
    <w:p>
      <w:r>
        <w:rPr>
          <w:b/>
          <w:sz w:val="20"/>
        </w:rPr>
        <w:t>This Roofing Contract ("Contract") is made between the following parties:</w:t>
      </w:r>
    </w:p>
    <w:p>
      <w:r>
        <w:rPr>
          <w:b/>
          <w:sz w:val="20"/>
        </w:rPr>
        <w:t>Contractor Information:</w:t>
      </w:r>
    </w:p>
    <w:p>
      <w:r>
        <w:rPr>
          <w:b w:val="0"/>
          <w:sz w:val="20"/>
        </w:rPr>
        <w:t>Company Name: ________________________________________________</w:t>
      </w:r>
    </w:p>
    <w:p>
      <w:r>
        <w:rPr>
          <w:b w:val="0"/>
          <w:sz w:val="20"/>
        </w:rPr>
        <w:t>License Number: ______________________________________________</w:t>
      </w:r>
    </w:p>
    <w:p>
      <w:r>
        <w:rPr>
          <w:b w:val="0"/>
          <w:sz w:val="20"/>
        </w:rPr>
        <w:t>Address: _____________________________________________________</w:t>
      </w:r>
    </w:p>
    <w:p>
      <w:r>
        <w:rPr>
          <w:b w:val="0"/>
          <w:sz w:val="20"/>
        </w:rPr>
        <w:t>Phone: _______________________________________________________</w:t>
      </w:r>
    </w:p>
    <w:p>
      <w:r>
        <w:rPr>
          <w:b w:val="0"/>
          <w:sz w:val="20"/>
        </w:rPr>
        <w:t>Email: _______________________________________________________</w:t>
      </w:r>
    </w:p>
    <w:p/>
    <w:p>
      <w:r>
        <w:rPr>
          <w:b/>
          <w:sz w:val="20"/>
        </w:rPr>
        <w:t>Client Information:</w:t>
      </w:r>
    </w:p>
    <w:p>
      <w:r>
        <w:rPr>
          <w:b w:val="0"/>
          <w:sz w:val="20"/>
        </w:rPr>
        <w:t>Full Name: _________________________________________________</w:t>
      </w:r>
    </w:p>
    <w:p>
      <w:r>
        <w:rPr>
          <w:b w:val="0"/>
          <w:sz w:val="20"/>
        </w:rPr>
        <w:t>Address of Property: __________________________________________</w:t>
      </w:r>
    </w:p>
    <w:p>
      <w:r>
        <w:rPr>
          <w:b w:val="0"/>
          <w:sz w:val="20"/>
        </w:rPr>
        <w:t>Phone: ______________________________________________________</w:t>
      </w:r>
    </w:p>
    <w:p>
      <w:r>
        <w:rPr>
          <w:b w:val="0"/>
          <w:sz w:val="20"/>
        </w:rPr>
        <w:t>Email: ______________________________________________________</w:t>
      </w:r>
    </w:p>
    <w:p/>
    <w:p>
      <w:r>
        <w:rPr>
          <w:b/>
          <w:sz w:val="20"/>
        </w:rPr>
        <w:t>Project Description:</w:t>
      </w:r>
    </w:p>
    <w:p>
      <w:r>
        <w:rPr>
          <w:b w:val="0"/>
          <w:sz w:val="20"/>
        </w:rPr>
        <w:t>The Contractor agrees to perform roofing work as described below ("Work") on the Client's property at the address listed above.</w:t>
      </w:r>
    </w:p>
    <w:p>
      <w:r>
        <w:rPr>
          <w:b w:val="0"/>
          <w:sz w:val="20"/>
        </w:rPr>
        <w:t>Scope of Work: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>
      <w:r>
        <w:rPr>
          <w:b/>
          <w:sz w:val="20"/>
        </w:rPr>
        <w:t>Materials and Equipment:</w:t>
      </w:r>
    </w:p>
    <w:p>
      <w:r>
        <w:rPr>
          <w:b w:val="0"/>
          <w:sz w:val="20"/>
        </w:rPr>
        <w:t>The Contractor shall provide all labor, materials, tools, and equipment necessary to complete the Work in a professional and workmanlike manner in accordance with industry standards.</w:t>
      </w:r>
    </w:p>
    <w:p>
      <w:r>
        <w:rPr>
          <w:b w:val="0"/>
          <w:sz w:val="20"/>
        </w:rPr>
        <w:t>Materials to be used: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>
      <w:r>
        <w:rPr>
          <w:b/>
          <w:sz w:val="20"/>
        </w:rPr>
        <w:t>Contract Price and Payment Terms:</w:t>
      </w:r>
    </w:p>
    <w:p>
      <w:r>
        <w:rPr>
          <w:b w:val="0"/>
          <w:sz w:val="20"/>
        </w:rPr>
        <w:t>The total contract price for the Work is $_________________.</w:t>
      </w:r>
    </w:p>
    <w:p>
      <w:r>
        <w:rPr>
          <w:b w:val="0"/>
          <w:sz w:val="20"/>
        </w:rPr>
        <w:t>Payment shall be made as follows:</w:t>
      </w:r>
    </w:p>
    <w:p>
      <w:r>
        <w:rPr>
          <w:b w:val="0"/>
          <w:sz w:val="20"/>
        </w:rPr>
        <w:t>- Deposit upon signing: $_________________</w:t>
      </w:r>
    </w:p>
    <w:p>
      <w:r>
        <w:rPr>
          <w:b w:val="0"/>
          <w:sz w:val="20"/>
        </w:rPr>
        <w:t>- Progress payments: ____________________________________________</w:t>
      </w:r>
    </w:p>
    <w:p>
      <w:r>
        <w:rPr>
          <w:b w:val="0"/>
          <w:sz w:val="20"/>
        </w:rPr>
        <w:t>- Final payment upon completion and acceptance of the Work: $_________________</w:t>
      </w:r>
    </w:p>
    <w:p/>
    <w:p>
      <w:r>
        <w:rPr>
          <w:b/>
          <w:sz w:val="20"/>
        </w:rPr>
        <w:t>Project Timeline:</w:t>
      </w:r>
    </w:p>
    <w:p>
      <w:r>
        <w:rPr>
          <w:b w:val="0"/>
          <w:sz w:val="20"/>
        </w:rPr>
        <w:t>The Contractor shall commence the Work within _______ days after receipt of the signed Contract and deposit.</w:t>
      </w:r>
    </w:p>
    <w:p>
      <w:r>
        <w:rPr>
          <w:b w:val="0"/>
          <w:sz w:val="20"/>
        </w:rPr>
        <w:t>Estimated completion time: _______ calendar days from start date.</w:t>
      </w:r>
    </w:p>
    <w:p>
      <w:r>
        <w:rPr>
          <w:b w:val="0"/>
          <w:sz w:val="20"/>
        </w:rPr>
        <w:t>Delays caused by weather, material shortages, or other unforeseen circumstances shall extend the completion time accordingly.</w:t>
      </w:r>
    </w:p>
    <w:p/>
    <w:p>
      <w:r>
        <w:rPr>
          <w:b/>
          <w:sz w:val="20"/>
        </w:rPr>
        <w:t>Permits and Approvals:</w:t>
      </w:r>
    </w:p>
    <w:p>
      <w:r>
        <w:rPr>
          <w:b w:val="0"/>
          <w:sz w:val="20"/>
        </w:rPr>
        <w:t>The Contractor shall secure and pay for all necessary permits, inspections, and approvals required by local authorities for the lawful completion of the Work.</w:t>
      </w:r>
    </w:p>
    <w:p/>
    <w:p>
      <w:r>
        <w:rPr>
          <w:b/>
          <w:sz w:val="20"/>
        </w:rPr>
        <w:t>Warranties:</w:t>
      </w:r>
    </w:p>
    <w:p>
      <w:r>
        <w:rPr>
          <w:b w:val="0"/>
          <w:sz w:val="20"/>
        </w:rPr>
        <w:t>The Contractor warrants that all workmanship shall be free from defects for a period of _______ year(s) from the date of completion.</w:t>
      </w:r>
    </w:p>
    <w:p>
      <w:r>
        <w:rPr>
          <w:b w:val="0"/>
          <w:sz w:val="20"/>
        </w:rPr>
        <w:t>Manufacturer warranties for materials and products used shall be passed through to the Client where applicable.</w:t>
      </w:r>
    </w:p>
    <w:p/>
    <w:p>
      <w:r>
        <w:rPr>
          <w:b/>
          <w:sz w:val="20"/>
        </w:rPr>
        <w:t>Insurance and Liability:</w:t>
      </w:r>
    </w:p>
    <w:p>
      <w:r>
        <w:rPr>
          <w:b w:val="0"/>
          <w:sz w:val="20"/>
        </w:rPr>
        <w:t>The Contractor represents that it carries adequate liability insurance and workers' compensation coverage as required by law.</w:t>
      </w:r>
    </w:p>
    <w:p>
      <w:r>
        <w:rPr>
          <w:b w:val="0"/>
          <w:sz w:val="20"/>
        </w:rPr>
        <w:t>The Client shall not be liable for any injuries or damages sustained by the Contractor or its employees during the performance of the Work.</w:t>
      </w:r>
    </w:p>
    <w:p/>
    <w:p>
      <w:r>
        <w:rPr>
          <w:b/>
          <w:sz w:val="20"/>
        </w:rPr>
        <w:t>Change Orders:</w:t>
      </w:r>
    </w:p>
    <w:p>
      <w:r>
        <w:rPr>
          <w:b w:val="0"/>
          <w:sz w:val="20"/>
        </w:rPr>
        <w:t>Any changes or additions to the scope of Work must be made in writing and signed by both parties as a Change Order.</w:t>
      </w:r>
    </w:p>
    <w:p>
      <w:r>
        <w:rPr>
          <w:b w:val="0"/>
          <w:sz w:val="20"/>
        </w:rPr>
        <w:t>Change Orders may affect the Contract Price and/or the Project Timeline.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Either party may terminate this Contract upon written notice if the other party breaches any material term and fails to cure such breach within _______ days of notice.</w:t>
      </w:r>
    </w:p>
    <w:p>
      <w:r>
        <w:rPr>
          <w:b w:val="0"/>
          <w:sz w:val="20"/>
        </w:rPr>
        <w:t>Upon termination, the Client shall pay for all Work performed and materials purchased up to the date of termination.</w:t>
      </w:r>
    </w:p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Any disputes arising under this Contract shall be resolved through good faith negotiations between the parties.</w:t>
      </w:r>
    </w:p>
    <w:p>
      <w:r>
        <w:rPr>
          <w:b w:val="0"/>
          <w:sz w:val="20"/>
        </w:rPr>
        <w:t>If negotiations fail, disputes shall be submitted to mediation before pursuing any other legal remedy.</w:t>
      </w:r>
    </w:p>
    <w:p>
      <w:r>
        <w:rPr>
          <w:b w:val="0"/>
          <w:sz w:val="20"/>
        </w:rPr>
        <w:t>This Contract shall be governed by and construed in accordance with the laws of the state in which the property is located.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Contract constitutes the entire agreement between the parties and supersedes all prior negotiations, representations, or agreements, whether written or oral.</w:t>
      </w:r>
    </w:p>
    <w:p>
      <w:r>
        <w:rPr>
          <w:b w:val="0"/>
          <w:sz w:val="20"/>
        </w:rPr>
        <w:t>Any amendments to this Contract must be in writing and signed by both parties.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https://contracttemplate-us.com/simple-roofing-contract/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simple-roofing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