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CATERING SERVICE AGREEMENT</w:t>
      </w:r>
    </w:p>
    <w:p/>
    <w:p>
      <w:r>
        <w:rPr>
          <w:b w:val="0"/>
          <w:sz w:val="20"/>
        </w:rPr>
        <w:t>This Catering Service Agreement ("Agreement") is entered into by and between the following parties:</w:t>
      </w:r>
    </w:p>
    <w:p>
      <w:r>
        <w:rPr>
          <w:b/>
          <w:sz w:val="20"/>
        </w:rPr>
        <w:t>Caterer Information:</w:t>
      </w:r>
    </w:p>
    <w:p>
      <w:r>
        <w:rPr>
          <w:b w:val="0"/>
          <w:sz w:val="20"/>
        </w:rPr>
        <w:t>Legal Name: ____________________________________________________________</w:t>
      </w:r>
    </w:p>
    <w:p>
      <w:r>
        <w:rPr>
          <w:b w:val="0"/>
          <w:sz w:val="20"/>
        </w:rPr>
        <w:t>Business Address: 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Full Name or Business Name: 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Caterer is engaged in the business of providing catering services; and</w:t>
      </w:r>
    </w:p>
    <w:p>
      <w:r>
        <w:rPr>
          <w:b w:val="0"/>
          <w:sz w:val="20"/>
        </w:rPr>
        <w:t>WHEREAS, the Client desires to engage the Caterer to provide such services under the terms set forth herein;</w:t>
      </w:r>
    </w:p>
    <w:p>
      <w:r>
        <w:rPr>
          <w:b w:val="0"/>
          <w:sz w:val="20"/>
        </w:rPr>
        <w:t>NOW, THEREFORE, in consideration of the mutual covenants and promises contained herein, the parties agree as follows:</w:t>
      </w:r>
    </w:p>
    <w:p/>
    <w:p>
      <w:r>
        <w:rPr>
          <w:b/>
          <w:sz w:val="20"/>
        </w:rPr>
        <w:t>1. Services Provided</w:t>
      </w:r>
    </w:p>
    <w:p>
      <w:r>
        <w:rPr>
          <w:b w:val="0"/>
          <w:sz w:val="20"/>
        </w:rPr>
        <w:t>The Caterer agrees to prepare, deliver, and serve food and beverages as described below for the event:</w:t>
      </w:r>
    </w:p>
    <w:p>
      <w:r>
        <w:rPr>
          <w:b w:val="0"/>
          <w:sz w:val="20"/>
        </w:rPr>
        <w:t>Event Date(s): ___________________________________________________________</w:t>
      </w:r>
    </w:p>
    <w:p>
      <w:r>
        <w:rPr>
          <w:b w:val="0"/>
          <w:sz w:val="20"/>
        </w:rPr>
        <w:t>Event Location: __________________________________________________________</w:t>
      </w:r>
    </w:p>
    <w:p>
      <w:r>
        <w:rPr>
          <w:b w:val="0"/>
          <w:sz w:val="20"/>
        </w:rPr>
        <w:t>Description of Services: ___________________________________________________</w:t>
      </w:r>
    </w:p>
    <w:p>
      <w:r>
        <w:rPr>
          <w:b w:val="0"/>
          <w:sz w:val="20"/>
        </w:rPr>
        <w:t>Menu Items: ______________________________________________________________</w:t>
      </w:r>
    </w:p>
    <w:p>
      <w:r>
        <w:rPr>
          <w:b w:val="0"/>
          <w:sz w:val="20"/>
        </w:rPr>
        <w:t>Number of Guests: _________________________________________________________</w:t>
      </w:r>
    </w:p>
    <w:p/>
    <w:p>
      <w:r>
        <w:rPr>
          <w:b/>
          <w:sz w:val="20"/>
        </w:rPr>
        <w:t>2. Payment Terms</w:t>
      </w:r>
    </w:p>
    <w:p>
      <w:r>
        <w:rPr>
          <w:b w:val="0"/>
          <w:sz w:val="20"/>
        </w:rPr>
        <w:t>The Client agrees to pay the Caterer the total sum of $________________ for the services provided.</w:t>
      </w:r>
    </w:p>
    <w:p>
      <w:r>
        <w:rPr>
          <w:b w:val="0"/>
          <w:sz w:val="20"/>
        </w:rPr>
        <w:t>A deposit of $________________ is due upon signing this Agreement to secure the event date.</w:t>
      </w:r>
    </w:p>
    <w:p>
      <w:r>
        <w:rPr>
          <w:b w:val="0"/>
          <w:sz w:val="20"/>
        </w:rPr>
        <w:t>The remaining balance is due no later than __________________ prior to the event date.</w:t>
      </w:r>
    </w:p>
    <w:p>
      <w:r>
        <w:rPr>
          <w:b w:val="0"/>
          <w:sz w:val="20"/>
        </w:rPr>
        <w:t>Payments shall be made by check, credit card, or other mutually agreed methods.</w:t>
      </w:r>
    </w:p>
    <w:p>
      <w:r>
        <w:rPr>
          <w:b w:val="0"/>
          <w:sz w:val="20"/>
        </w:rPr>
        <w:t>Any additional charges incurred during the event (e.g., extra guests, special requests) shall be invoiced and payable within 10 business days after the event.</w:t>
      </w:r>
    </w:p>
    <w:p/>
    <w:p>
      <w:r>
        <w:rPr>
          <w:b/>
          <w:sz w:val="20"/>
        </w:rPr>
        <w:t>3. Cancellation and Refund Policy</w:t>
      </w:r>
    </w:p>
    <w:p>
      <w:r>
        <w:rPr>
          <w:b w:val="0"/>
          <w:sz w:val="20"/>
        </w:rPr>
        <w:t>Either party may cancel this Agreement by providing written notice to the other party.</w:t>
      </w:r>
    </w:p>
    <w:p>
      <w:r>
        <w:rPr>
          <w:b w:val="0"/>
          <w:sz w:val="20"/>
        </w:rPr>
        <w:t>If the Client cancels more than 14 days prior to the event, the deposit shall be fully refunded.</w:t>
      </w:r>
    </w:p>
    <w:p>
      <w:r>
        <w:rPr>
          <w:b w:val="0"/>
          <w:sz w:val="20"/>
        </w:rPr>
        <w:t>If the Client cancels within 14 days of the event, the deposit shall be forfeited.</w:t>
      </w:r>
    </w:p>
    <w:p>
      <w:r>
        <w:rPr>
          <w:b w:val="0"/>
          <w:sz w:val="20"/>
        </w:rPr>
        <w:t>If the Caterer cancels, all deposits and payments shall be refunded in full.</w:t>
      </w:r>
    </w:p>
    <w:p/>
    <w:p>
      <w:r>
        <w:rPr>
          <w:b/>
          <w:sz w:val="20"/>
        </w:rPr>
        <w:t>4. Client Obligations</w:t>
      </w:r>
    </w:p>
    <w:p>
      <w:r>
        <w:rPr>
          <w:b w:val="0"/>
          <w:sz w:val="20"/>
        </w:rPr>
        <w:t>The Client agrees to provide the Caterer with access to the event location at least _____ hours before the event start time.</w:t>
      </w:r>
    </w:p>
    <w:p>
      <w:r>
        <w:rPr>
          <w:b w:val="0"/>
          <w:sz w:val="20"/>
        </w:rPr>
        <w:t>The Client shall ensure compliance with all local health and safety regulations applicable to the event venue.</w:t>
      </w:r>
    </w:p>
    <w:p>
      <w:r>
        <w:rPr>
          <w:b w:val="0"/>
          <w:sz w:val="20"/>
        </w:rPr>
        <w:t>The Client is responsible for obtaining any necessary permits or licenses related to the event.</w:t>
      </w:r>
    </w:p>
    <w:p>
      <w:r>
        <w:rPr>
          <w:b w:val="0"/>
          <w:sz w:val="20"/>
        </w:rPr>
        <w:t>The Client shall notify the Caterer of any allergies, dietary restrictions, or special requirements at least _____ days prior to the event.</w:t>
      </w:r>
    </w:p>
    <w:p/>
    <w:p>
      <w:r>
        <w:rPr>
          <w:b/>
          <w:sz w:val="20"/>
        </w:rPr>
        <w:t>5. Caterer Obligations</w:t>
      </w:r>
    </w:p>
    <w:p>
      <w:r>
        <w:rPr>
          <w:b w:val="0"/>
          <w:sz w:val="20"/>
        </w:rPr>
        <w:t>The Caterer shall provide all necessary food, equipment, and staff to perform the services described in this Agreement.</w:t>
      </w:r>
    </w:p>
    <w:p>
      <w:r>
        <w:rPr>
          <w:b w:val="0"/>
          <w:sz w:val="20"/>
        </w:rPr>
        <w:t>The Caterer shall comply with all applicable laws, regulations, and health codes in the preparation and service of food.</w:t>
      </w:r>
    </w:p>
    <w:p>
      <w:r>
        <w:rPr>
          <w:b w:val="0"/>
          <w:sz w:val="20"/>
        </w:rPr>
        <w:t>The Caterer shall maintain all required licenses, permits, and insurance for the duration of this Agreement.</w:t>
      </w:r>
    </w:p>
    <w:p/>
    <w:p>
      <w:r>
        <w:rPr>
          <w:b/>
          <w:sz w:val="20"/>
        </w:rPr>
        <w:t>6. Liability and Indemnification</w:t>
      </w:r>
    </w:p>
    <w:p>
      <w:r>
        <w:rPr>
          <w:b w:val="0"/>
          <w:sz w:val="20"/>
        </w:rPr>
        <w:t>The Caterer shall not be liable for any damages, injuries, or losses arising from the Client’s negligence, failure to disclose allergies or restrictions, or failure to comply with local regulations.</w:t>
      </w:r>
    </w:p>
    <w:p>
      <w:r>
        <w:rPr>
          <w:b w:val="0"/>
          <w:sz w:val="20"/>
        </w:rPr>
        <w:t>The Client agrees to indemnify and hold harmless the Caterer, its employees, and agents from any claims, damages, or expenses arising out of the Client’s breach of this Agreement or negligent acts.</w:t>
      </w:r>
    </w:p>
    <w:p/>
    <w:p>
      <w:r>
        <w:rPr>
          <w:b/>
          <w:sz w:val="20"/>
        </w:rPr>
        <w:t>7. Force Majeure</w:t>
      </w:r>
    </w:p>
    <w:p>
      <w:r>
        <w:rPr>
          <w:b w:val="0"/>
          <w:sz w:val="20"/>
        </w:rPr>
        <w:t>Neither party shall be held liable for failure or delay in performing obligations under this Agreement due to causes beyond their reasonable control, including but not limited to acts of God, fire, flood, war, terrorism, government action, or pandemics.</w:t>
      </w:r>
    </w:p>
    <w:p>
      <w:r>
        <w:rPr>
          <w:b w:val="0"/>
          <w:sz w:val="20"/>
        </w:rPr>
        <w:t>In the event of a force majeure, the parties shall make reasonable efforts to reschedule the event or otherwise mitigate damages.</w:t>
      </w:r>
    </w:p>
    <w:p/>
    <w:p>
      <w:r>
        <w:rPr>
          <w:b/>
          <w:sz w:val="20"/>
        </w:rPr>
        <w:t>8. Term and Termination</w:t>
      </w:r>
    </w:p>
    <w:p>
      <w:r>
        <w:rPr>
          <w:b w:val="0"/>
          <w:sz w:val="20"/>
        </w:rPr>
        <w:t>This Agreement shall become effective upon signing and shall terminate upon completion of the services and payment in full, unless terminated earlier in accordance with the terms herein.</w:t>
      </w:r>
    </w:p>
    <w:p>
      <w:r>
        <w:rPr>
          <w:b w:val="0"/>
          <w:sz w:val="20"/>
        </w:rPr>
        <w:t>Either party may terminate this Agreement for cause if the other party breaches any material term and fails to cure such breach within 7 days of written notice.</w:t>
      </w:r>
    </w:p>
    <w:p/>
    <w:p>
      <w:r>
        <w:rPr>
          <w:b/>
          <w:sz w:val="20"/>
        </w:rPr>
        <w:t>9. Governing Law and Venue</w:t>
      </w:r>
    </w:p>
    <w:p>
      <w:r>
        <w:rPr>
          <w:b w:val="0"/>
          <w:sz w:val="20"/>
        </w:rPr>
        <w:t>This Agreement shall be governed by and construed in accordance with the laws of the State of ____________________, United States of America.</w:t>
      </w:r>
    </w:p>
    <w:p>
      <w:r>
        <w:rPr>
          <w:b w:val="0"/>
          <w:sz w:val="20"/>
        </w:rPr>
        <w:t>Any disputes arising from or related to this Agreement shall be resolved exclusively in the state or federal courts located in ____________________, and the parties hereby consent to the jurisdiction of such courts.</w:t>
      </w:r>
    </w:p>
    <w:p/>
    <w:p>
      <w:r>
        <w:rPr>
          <w:b/>
          <w:sz w:val="20"/>
        </w:rPr>
        <w:t>10. Entire Agreement and Amendments</w:t>
      </w:r>
    </w:p>
    <w:p>
      <w:r>
        <w:rPr>
          <w:b w:val="0"/>
          <w:sz w:val="20"/>
        </w:rPr>
        <w:t>This Agreement constitutes the entire understanding between the parties with respect to the subject matter herein and supersedes all prior agreements, representations, or understandings, whether written or oral.</w:t>
      </w:r>
    </w:p>
    <w:p>
      <w:r>
        <w:rPr>
          <w:b w:val="0"/>
          <w:sz w:val="20"/>
        </w:rPr>
        <w:t>Any amendments or modifications to this Agreement must be made in writing and signed by both parties.</w:t>
      </w:r>
    </w:p>
    <w:p/>
    <w:p>
      <w:r>
        <w:rPr>
          <w:b/>
          <w:sz w:val="20"/>
        </w:rPr>
        <w:t>11. Severability</w:t>
      </w:r>
    </w:p>
    <w:p>
      <w:r>
        <w:rPr>
          <w:b w:val="0"/>
          <w:sz w:val="20"/>
        </w:rPr>
        <w:t>If any provision of this Agreement is found invalid, illegal, or unenforceable, the remaining provisions shall continue in full force and effect.</w:t>
      </w:r>
    </w:p>
    <w:p/>
    <w:p>
      <w:r>
        <w:rPr>
          <w:b/>
          <w:sz w:val="20"/>
        </w:rPr>
        <w:t>12. Notices</w:t>
      </w:r>
    </w:p>
    <w:p>
      <w:r>
        <w:rPr>
          <w:b w:val="0"/>
          <w:sz w:val="20"/>
        </w:rPr>
        <w:t>All notices required or permitted under this Agreement shall be in writing and delivered via personal delivery, certified mail, or email to the addresses provided for each party.</w:t>
      </w:r>
    </w:p>
    <w:p>
      <w:r>
        <w:rPr>
          <w:b w:val="0"/>
          <w:sz w:val="20"/>
        </w:rPr>
        <w:t>Notices shall be deemed received upon personal delivery or three (3) business days after mailing.</w:t>
      </w:r>
    </w:p>
    <w:p/>
    <w:p/>
    <w:p>
      <w:r>
        <w:rPr>
          <w:b w:val="0"/>
          <w:sz w:val="20"/>
        </w:rPr>
        <w:t>IN WITNESS WHEREOF, the parties have executed this Catering Service Agreement as of the date of signing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CATERER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https://contracttemplate-us.com/simple-catering-contract/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simple-catering-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