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LOAN REPAYMENT AGREEMENT</w:t>
      </w:r>
    </w:p>
    <w:p/>
    <w:p>
      <w:r>
        <w:rPr>
          <w:b/>
          <w:sz w:val="20"/>
        </w:rPr>
        <w:t>This Loan Repayment Agreement ("Agreement") is made by and between the following parties:</w:t>
      </w:r>
    </w:p>
    <w:p/>
    <w:p>
      <w:r>
        <w:rPr>
          <w:b/>
          <w:sz w:val="20"/>
        </w:rPr>
        <w:t>Lender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Borrower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Lender has agreed to loan Borrower a certain sum of money subject to the terms and conditions set forth herein;</w:t>
      </w:r>
    </w:p>
    <w:p>
      <w:r>
        <w:rPr>
          <w:b w:val="0"/>
          <w:sz w:val="20"/>
        </w:rPr>
        <w:t>WHEREAS, Borrower agrees to repay the loan according to the terms specified in this Agreement;</w:t>
      </w:r>
    </w:p>
    <w:p>
      <w:r>
        <w:rPr>
          <w:b w:val="0"/>
          <w:sz w:val="20"/>
        </w:rPr>
        <w:t>NOW, THEREFORE, in consideration of the mutual covenants and promises contained herein, the parties agree as follows:</w:t>
      </w:r>
    </w:p>
    <w:p/>
    <w:p>
      <w:r>
        <w:rPr>
          <w:b/>
          <w:sz w:val="20"/>
        </w:rPr>
        <w:t>1. Loan Amount and Disbursement</w:t>
      </w:r>
    </w:p>
    <w:p>
      <w:r>
        <w:rPr>
          <w:b w:val="0"/>
          <w:sz w:val="20"/>
        </w:rPr>
        <w:t>1.1 The principal loan amount is $________________ (the "Loan Amount").</w:t>
      </w:r>
    </w:p>
    <w:p>
      <w:r>
        <w:rPr>
          <w:b w:val="0"/>
          <w:sz w:val="20"/>
        </w:rPr>
        <w:t>1.2 The Loan Amount shall be disbursed to Borrower by Lender in a single lump sum or as otherwise agreed in writing.</w:t>
      </w:r>
    </w:p>
    <w:p>
      <w:r>
        <w:rPr>
          <w:b w:val="0"/>
          <w:sz w:val="20"/>
        </w:rPr>
        <w:t>1.3 Borrower acknowledges receipt of the Loan Amount upon disbursement.</w:t>
      </w:r>
    </w:p>
    <w:p/>
    <w:p>
      <w:r>
        <w:rPr>
          <w:b/>
          <w:sz w:val="20"/>
        </w:rPr>
        <w:t>2. Interest Rate</w:t>
      </w:r>
    </w:p>
    <w:p>
      <w:r>
        <w:rPr>
          <w:b w:val="0"/>
          <w:sz w:val="20"/>
        </w:rPr>
        <w:t>2.1 The Loan Amount shall bear interest at a fixed rate of ________% per annum, calculated on the outstanding principal balance.</w:t>
      </w:r>
    </w:p>
    <w:p>
      <w:r>
        <w:rPr>
          <w:b w:val="0"/>
          <w:sz w:val="20"/>
        </w:rPr>
        <w:t>2.2 Interest shall accrue from the date of disbursement until full repayment of principal and accrued interest.</w:t>
      </w:r>
    </w:p>
    <w:p/>
    <w:p>
      <w:r>
        <w:rPr>
          <w:b/>
          <w:sz w:val="20"/>
        </w:rPr>
        <w:t>3. Repayment Terms</w:t>
      </w:r>
    </w:p>
    <w:p>
      <w:r>
        <w:rPr>
          <w:b w:val="0"/>
          <w:sz w:val="20"/>
        </w:rPr>
        <w:t>3.1 Borrower shall repay the Loan Amount and accrued interest in accordance with the following schedule:</w:t>
      </w:r>
    </w:p>
    <w:p>
      <w:r>
        <w:rPr>
          <w:b w:val="0"/>
          <w:sz w:val="20"/>
        </w:rPr>
        <w:t xml:space="preserve">    a) Total number of payments: ________</w:t>
      </w:r>
    </w:p>
    <w:p>
      <w:r>
        <w:rPr>
          <w:b w:val="0"/>
          <w:sz w:val="20"/>
        </w:rPr>
        <w:t xml:space="preserve">    b) Payment amount: $________________ per payment</w:t>
      </w:r>
    </w:p>
    <w:p>
      <w:r>
        <w:rPr>
          <w:b w:val="0"/>
          <w:sz w:val="20"/>
        </w:rPr>
        <w:t xml:space="preserve">    c) Payment frequency: __________________________________________ (e.g., monthly, quarterly)</w:t>
      </w:r>
    </w:p>
    <w:p>
      <w:r>
        <w:rPr>
          <w:b w:val="0"/>
          <w:sz w:val="20"/>
        </w:rPr>
        <w:t xml:space="preserve">    d) First payment due on: _______________________________________</w:t>
      </w:r>
    </w:p>
    <w:p>
      <w:r>
        <w:rPr>
          <w:b w:val="0"/>
          <w:sz w:val="20"/>
        </w:rPr>
        <w:t>3.2 Payments shall be made to Lender at the address specified above or at such other place as Lender may designate in writing.</w:t>
      </w:r>
    </w:p>
    <w:p>
      <w:r>
        <w:rPr>
          <w:b w:val="0"/>
          <w:sz w:val="20"/>
        </w:rPr>
        <w:t>3.3 All payments shall be applied first to accrued interest and then to principal.</w:t>
      </w:r>
    </w:p>
    <w:p/>
    <w:p>
      <w:r>
        <w:rPr>
          <w:b/>
          <w:sz w:val="20"/>
        </w:rPr>
        <w:t>4. Prepayment</w:t>
      </w:r>
    </w:p>
    <w:p>
      <w:r>
        <w:rPr>
          <w:b w:val="0"/>
          <w:sz w:val="20"/>
        </w:rPr>
        <w:t>4.1 Borrower may prepay all or any part of the outstanding Loan Amount without penalty or premium.</w:t>
      </w:r>
    </w:p>
    <w:p>
      <w:r>
        <w:rPr>
          <w:b w:val="0"/>
          <w:sz w:val="20"/>
        </w:rPr>
        <w:t>4.2 Any prepayment shall first be applied to accrued interest and then to principal.</w:t>
      </w:r>
    </w:p>
    <w:p/>
    <w:p>
      <w:r>
        <w:rPr>
          <w:b/>
          <w:sz w:val="20"/>
        </w:rPr>
        <w:t>5. Late Payment</w:t>
      </w:r>
    </w:p>
    <w:p>
      <w:r>
        <w:rPr>
          <w:b w:val="0"/>
          <w:sz w:val="20"/>
        </w:rPr>
        <w:t>5.1 If any payment is not received within ________ days after its due date, Borrower shall pay a late fee of $____________ or ________% of the overdue amount, whichever is greater.</w:t>
      </w:r>
    </w:p>
    <w:p>
      <w:r>
        <w:rPr>
          <w:b w:val="0"/>
          <w:sz w:val="20"/>
        </w:rPr>
        <w:t>5.2 Late payments may bear additional interest at a rate of ________% per annum until paid in full.</w:t>
      </w:r>
    </w:p>
    <w:p/>
    <w:p>
      <w:r>
        <w:rPr>
          <w:b/>
          <w:sz w:val="20"/>
        </w:rPr>
        <w:t>6. Default</w:t>
      </w:r>
    </w:p>
    <w:p>
      <w:r>
        <w:rPr>
          <w:b w:val="0"/>
          <w:sz w:val="20"/>
        </w:rPr>
        <w:t>6.1 Borrower shall be in default if any of the following occur:</w:t>
      </w:r>
    </w:p>
    <w:p>
      <w:r>
        <w:rPr>
          <w:b w:val="0"/>
          <w:sz w:val="20"/>
        </w:rPr>
        <w:t xml:space="preserve">    a) Failure to make any payment within ________ days of due date;</w:t>
      </w:r>
    </w:p>
    <w:p>
      <w:r>
        <w:rPr>
          <w:b w:val="0"/>
          <w:sz w:val="20"/>
        </w:rPr>
        <w:t xml:space="preserve">    b) Borrower becomes insolvent, files for bankruptcy, or ceases business operations;</w:t>
      </w:r>
    </w:p>
    <w:p>
      <w:r>
        <w:rPr>
          <w:b w:val="0"/>
          <w:sz w:val="20"/>
        </w:rPr>
        <w:t xml:space="preserve">    c) Breach of any other material term of this Agreement;</w:t>
      </w:r>
    </w:p>
    <w:p>
      <w:r>
        <w:rPr>
          <w:b w:val="0"/>
          <w:sz w:val="20"/>
        </w:rPr>
        <w:t>6.2 Upon default, Lender may declare the entire unpaid Loan Amount, accrued interest, and fees immediately due and payable.</w:t>
      </w:r>
    </w:p>
    <w:p>
      <w:r>
        <w:rPr>
          <w:b w:val="0"/>
          <w:sz w:val="20"/>
        </w:rPr>
        <w:t>6.3 Lender shall have all rights and remedies available under applicable law to collect amounts owed.</w:t>
      </w:r>
    </w:p>
    <w:p/>
    <w:p>
      <w:r>
        <w:rPr>
          <w:b/>
          <w:sz w:val="20"/>
        </w:rPr>
        <w:t>7. Security</w:t>
      </w:r>
    </w:p>
    <w:p>
      <w:r>
        <w:rPr>
          <w:b w:val="0"/>
          <w:sz w:val="20"/>
        </w:rPr>
        <w:t>7.1 This loan is (choose one):</w:t>
      </w:r>
    </w:p>
    <w:p>
      <w:r>
        <w:rPr>
          <w:b w:val="0"/>
          <w:sz w:val="20"/>
        </w:rPr>
        <w:t xml:space="preserve">    ☐ Unsecured</w:t>
      </w:r>
    </w:p>
    <w:p>
      <w:r>
        <w:rPr>
          <w:b w:val="0"/>
          <w:sz w:val="20"/>
        </w:rPr>
        <w:t xml:space="preserve">    ☐ Secured by collateral described as follows: ________________________________________________</w:t>
      </w:r>
    </w:p>
    <w:p>
      <w:r>
        <w:rPr>
          <w:b w:val="0"/>
          <w:sz w:val="20"/>
        </w:rPr>
        <w:t>7.2 Borrower grants Lender a security interest in the collateral as described above to secure repayment.</w:t>
      </w:r>
    </w:p>
    <w:p>
      <w:r>
        <w:rPr>
          <w:b w:val="0"/>
          <w:sz w:val="20"/>
        </w:rPr>
        <w:t>7.3 Borrower shall maintain the collateral in good condition and not transfer or encumber it without Lender's prior written consent.</w:t>
      </w:r>
    </w:p>
    <w:p/>
    <w:p>
      <w:r>
        <w:rPr>
          <w:b/>
          <w:sz w:val="20"/>
        </w:rPr>
        <w:t>8. Governing Law and Jurisdiction</w:t>
      </w:r>
    </w:p>
    <w:p>
      <w:r>
        <w:rPr>
          <w:b w:val="0"/>
          <w:sz w:val="20"/>
        </w:rPr>
        <w:t>8.1 This Agreement shall be governed by and construed in accordance with the laws of the State of _________________, United States of America, without regard to its conflicts of law provisions.</w:t>
      </w:r>
    </w:p>
    <w:p>
      <w:r>
        <w:rPr>
          <w:b w:val="0"/>
          <w:sz w:val="20"/>
        </w:rPr>
        <w:t>8.2 Any dispute arising out of or in connection with this Agreement shall be subject to the exclusive jurisdiction of the courts located in _________________, State of _______________.</w:t>
      </w:r>
    </w:p>
    <w:p/>
    <w:p>
      <w:r>
        <w:rPr>
          <w:b/>
          <w:sz w:val="20"/>
        </w:rPr>
        <w:t>9. Miscellaneous Provisions</w:t>
      </w:r>
    </w:p>
    <w:p>
      <w:r>
        <w:rPr>
          <w:b w:val="0"/>
          <w:sz w:val="20"/>
        </w:rPr>
        <w:t>9.1 Entire Agreement: This Agreement constitutes the entire agreement between the parties and supersedes all prior understandings, whether written or oral.</w:t>
      </w:r>
    </w:p>
    <w:p>
      <w:r>
        <w:rPr>
          <w:b w:val="0"/>
          <w:sz w:val="20"/>
        </w:rPr>
        <w:t>9.2 Amendments: Any amendment or modification of this Agreement must be in writing and signed by both parties.</w:t>
      </w:r>
    </w:p>
    <w:p>
      <w:r>
        <w:rPr>
          <w:b w:val="0"/>
          <w:sz w:val="20"/>
        </w:rPr>
        <w:t>9.3 Waiver: No failure or delay by Lender in exercising any right shall operate as a waiver of that right.</w:t>
      </w:r>
    </w:p>
    <w:p>
      <w:r>
        <w:rPr>
          <w:b w:val="0"/>
          <w:sz w:val="20"/>
        </w:rPr>
        <w:t>9.4 Severability: If any provision of this Agreement is held invalid or unenforceable, the remaining provisions shall remain in full force and effect.</w:t>
      </w:r>
    </w:p>
    <w:p>
      <w:r>
        <w:rPr>
          <w:b w:val="0"/>
          <w:sz w:val="20"/>
        </w:rPr>
        <w:t>9.5 Notices: All notices shall be in writing and delivered personally, by certified mail, or by a recognized courier service to the addresses set forth herein or as updated in writing.</w:t>
      </w:r>
    </w:p>
    <w:p/>
    <w:p>
      <w:r>
        <w:rPr>
          <w:b/>
          <w:sz w:val="20"/>
        </w:rPr>
        <w:t>Representations and Warranties</w:t>
      </w:r>
    </w:p>
    <w:p>
      <w:r>
        <w:rPr>
          <w:b w:val="0"/>
          <w:sz w:val="20"/>
        </w:rPr>
        <w:t>Each party represents and warrants that it has the authority to enter into this Agreement, that the Agreement is a legal, valid, and binding obligation, and that entering into this Agreement does not violate any other agreement to which it is a party.</w:t>
      </w:r>
    </w:p>
    <w:p/>
    <w:p>
      <w:r>
        <w:rPr>
          <w:b/>
          <w:sz w:val="20"/>
        </w:rPr>
        <w:t>IN WITNESS WHEREOF, the parties hereto have executed this Loan Repayment Agreement as of the date set forth below their respective signatures.</w:t>
      </w:r>
    </w:p>
    <w:p/>
    <w:p/>
    <w:p>
      <w:r>
        <w:rPr>
          <w:b w:val="0"/>
          <w:sz w:val="20"/>
        </w:rPr>
        <w:t>Place of signature: _________________________________________________</w:t>
      </w:r>
    </w:p>
    <w:p>
      <w:r>
        <w:rPr>
          <w:b w:val="0"/>
          <w:sz w:val="20"/>
        </w:rPr>
        <w:t>Date of signature: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BORROWER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https://contracttemplate-us.com/repayment-contract/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template-us.com/repayment-contract/" TargetMode="External"/><Relationship Id="rId10" Type="http://schemas.openxmlformats.org/officeDocument/2006/relationships/hyperlink" Target="https://contrac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