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PHOTOGRAPHY SERVICES CONTRACT</w:t>
      </w:r>
    </w:p>
    <w:p/>
    <w:p>
      <w:r>
        <w:rPr>
          <w:b w:val="0"/>
          <w:sz w:val="20"/>
        </w:rPr>
        <w:t>This Photography Services Contract ("Agreement") is made by and between the following parties:</w:t>
      </w:r>
    </w:p>
    <w:p/>
    <w:p>
      <w:r>
        <w:rPr>
          <w:b/>
          <w:sz w:val="20"/>
        </w:rPr>
        <w:t>Photographer Information:</w:t>
      </w:r>
    </w:p>
    <w:p>
      <w:r>
        <w:rPr>
          <w:b w:val="0"/>
          <w:sz w:val="20"/>
        </w:rPr>
        <w:t>Full Name: ____________________________________________________________</w:t>
      </w:r>
    </w:p>
    <w:p>
      <w:r>
        <w:rPr>
          <w:b w:val="0"/>
          <w:sz w:val="20"/>
        </w:rPr>
        <w:t>Business Name (if applicable): 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Client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r>
        <w:rPr>
          <w:b/>
          <w:sz w:val="20"/>
        </w:rPr>
        <w:t>RECITALS</w:t>
      </w:r>
    </w:p>
    <w:p>
      <w:r>
        <w:rPr>
          <w:b w:val="0"/>
          <w:sz w:val="20"/>
        </w:rPr>
        <w:t>WHEREAS, Photographer is engaged in the business of providing professional photography services; and</w:t>
      </w:r>
    </w:p>
    <w:p>
      <w:r>
        <w:rPr>
          <w:b w:val="0"/>
          <w:sz w:val="20"/>
        </w:rPr>
        <w:t>WHEREAS, Client desires to retain Photographer to provide such services under the terms set forth herein;</w:t>
      </w:r>
    </w:p>
    <w:p>
      <w:r>
        <w:rPr>
          <w:b w:val="0"/>
          <w:sz w:val="20"/>
        </w:rPr>
        <w:t>NOW, THEREFORE, in consideration of the mutual promises and covenants contained herein, the parties agree as follows:</w:t>
      </w:r>
    </w:p>
    <w:p/>
    <w:p/>
    <w:p>
      <w:r>
        <w:rPr>
          <w:b/>
          <w:sz w:val="20"/>
        </w:rPr>
        <w:t>1. Services</w:t>
      </w:r>
    </w:p>
    <w:p>
      <w:r>
        <w:rPr>
          <w:b w:val="0"/>
          <w:sz w:val="20"/>
        </w:rPr>
        <w:t>Photographer agrees to provide photography services as described below ("Services"):</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The Services shall be performed at the location(s) specified by the Client and/or as otherwise agreed.</w:t>
      </w:r>
    </w:p>
    <w:p/>
    <w:p>
      <w:r>
        <w:rPr>
          <w:b/>
          <w:sz w:val="20"/>
        </w:rPr>
        <w:t>2. Date and Time</w:t>
      </w:r>
    </w:p>
    <w:p>
      <w:r>
        <w:rPr>
          <w:b w:val="0"/>
          <w:sz w:val="20"/>
        </w:rPr>
        <w:t>The Services will be performed on the following date(s) and time(s):</w:t>
      </w:r>
    </w:p>
    <w:p>
      <w:r>
        <w:rPr>
          <w:b w:val="0"/>
          <w:sz w:val="20"/>
        </w:rPr>
        <w:t>________________________________________________________________________</w:t>
      </w:r>
    </w:p>
    <w:p>
      <w:r>
        <w:rPr>
          <w:b w:val="0"/>
          <w:sz w:val="20"/>
        </w:rPr>
        <w:t>________________________________________________________________________</w:t>
      </w:r>
    </w:p>
    <w:p/>
    <w:p>
      <w:r>
        <w:rPr>
          <w:b/>
          <w:sz w:val="20"/>
        </w:rPr>
        <w:t>3. Payment</w:t>
      </w:r>
    </w:p>
    <w:p>
      <w:r>
        <w:rPr>
          <w:b w:val="0"/>
          <w:sz w:val="20"/>
        </w:rPr>
        <w:t>The total fee for the Services shall be $________________ ("Fee"), payable as follows:</w:t>
      </w:r>
    </w:p>
    <w:p>
      <w:r>
        <w:rPr>
          <w:b w:val="0"/>
          <w:sz w:val="20"/>
        </w:rPr>
        <w:t>- Deposit: $________________ (due upon signing of this Agreement)</w:t>
      </w:r>
    </w:p>
    <w:p>
      <w:r>
        <w:rPr>
          <w:b w:val="0"/>
          <w:sz w:val="20"/>
        </w:rPr>
        <w:t>- Balance: $________________ (due on or before delivery of final deliverables)</w:t>
      </w:r>
    </w:p>
    <w:p>
      <w:r>
        <w:rPr>
          <w:b w:val="0"/>
          <w:sz w:val="20"/>
        </w:rPr>
        <w:t>Payments shall be made by: __________________________________________________</w:t>
      </w:r>
    </w:p>
    <w:p/>
    <w:p>
      <w:r>
        <w:rPr>
          <w:b/>
          <w:sz w:val="20"/>
        </w:rPr>
        <w:t>4. Deliverables</w:t>
      </w:r>
    </w:p>
    <w:p>
      <w:r>
        <w:rPr>
          <w:b w:val="0"/>
          <w:sz w:val="20"/>
        </w:rPr>
        <w:t>Photographer shall deliver the following items to Client:</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The final deliverables will be provided in the following format(s):</w:t>
      </w:r>
    </w:p>
    <w:p>
      <w:r>
        <w:rPr>
          <w:b w:val="0"/>
          <w:sz w:val="20"/>
        </w:rPr>
        <w:t>________________________________________________________________________</w:t>
      </w:r>
    </w:p>
    <w:p>
      <w:r>
        <w:rPr>
          <w:b w:val="0"/>
          <w:sz w:val="20"/>
        </w:rPr>
        <w:t>Delivery will be made within _______ days after the completion of the Services.</w:t>
      </w:r>
    </w:p>
    <w:p/>
    <w:p>
      <w:r>
        <w:rPr>
          <w:b/>
          <w:sz w:val="20"/>
        </w:rPr>
        <w:t>5. Cancellation and Rescheduling</w:t>
      </w:r>
    </w:p>
    <w:p>
      <w:r>
        <w:rPr>
          <w:b w:val="0"/>
          <w:sz w:val="20"/>
        </w:rPr>
        <w:t>Client may cancel or reschedule the Services by providing written notice to Photographer at least _______ days in advance.</w:t>
      </w:r>
    </w:p>
    <w:p>
      <w:r>
        <w:rPr>
          <w:b w:val="0"/>
          <w:sz w:val="20"/>
        </w:rPr>
        <w:t>If Client cancels less than _______ days before the scheduled date, the deposit shall be non-refundable.</w:t>
      </w:r>
    </w:p>
    <w:p>
      <w:r>
        <w:rPr>
          <w:b w:val="0"/>
          <w:sz w:val="20"/>
        </w:rPr>
        <w:t>Photographer reserves the right to cancel or reschedule the Services due to illness, emergency, or other unforeseen circumstances and shall notify Client as soon as possible.</w:t>
      </w:r>
    </w:p>
    <w:p/>
    <w:p>
      <w:r>
        <w:rPr>
          <w:b/>
          <w:sz w:val="20"/>
        </w:rPr>
        <w:t>6. Client Responsibilities</w:t>
      </w:r>
    </w:p>
    <w:p>
      <w:r>
        <w:rPr>
          <w:b w:val="0"/>
          <w:sz w:val="20"/>
        </w:rPr>
        <w:t>Client agrees to cooperate with Photographer in all matters relating to the Services and provide access to the location(s) as needed.</w:t>
      </w:r>
    </w:p>
    <w:p>
      <w:r>
        <w:rPr>
          <w:b w:val="0"/>
          <w:sz w:val="20"/>
        </w:rPr>
        <w:t>Client shall ensure that all necessary permissions, permits, or consents for the Services and photography are obtained.</w:t>
      </w:r>
    </w:p>
    <w:p>
      <w:r>
        <w:rPr>
          <w:b w:val="0"/>
          <w:sz w:val="20"/>
        </w:rPr>
        <w:t>Client is responsible for the conduct of guests and attendees during the Services.</w:t>
      </w:r>
    </w:p>
    <w:p/>
    <w:p>
      <w:r>
        <w:rPr>
          <w:b/>
          <w:sz w:val="20"/>
        </w:rPr>
        <w:t>7. Intellectual Property Rights and Usage</w:t>
      </w:r>
    </w:p>
    <w:p>
      <w:r>
        <w:rPr>
          <w:b w:val="0"/>
          <w:sz w:val="20"/>
        </w:rPr>
        <w:t>Photographer retains all copyrights and ownership rights to the photographs and deliverables produced under this Agreement.</w:t>
      </w:r>
    </w:p>
    <w:p>
      <w:r>
        <w:rPr>
          <w:b w:val="0"/>
          <w:sz w:val="20"/>
        </w:rPr>
        <w:t>Client is granted a limited, non-exclusive license to use the delivered images for personal, non-commercial purposes unless otherwise agreed in writing.</w:t>
      </w:r>
    </w:p>
    <w:p>
      <w:r>
        <w:rPr>
          <w:b w:val="0"/>
          <w:sz w:val="20"/>
        </w:rPr>
        <w:t>Any commercial use, reproduction, or distribution of the photographs must be approved in writing by Photographer and may require an additional license fee.</w:t>
      </w:r>
    </w:p>
    <w:p/>
    <w:p>
      <w:r>
        <w:rPr>
          <w:b/>
          <w:sz w:val="20"/>
        </w:rPr>
        <w:t>8. Model Release</w:t>
      </w:r>
    </w:p>
    <w:p>
      <w:r>
        <w:rPr>
          <w:b w:val="0"/>
          <w:sz w:val="20"/>
        </w:rPr>
        <w:t>Client hereby grants Photographer the irrevocable and unrestricted right to use and publish photographs of Client and participants for promotional, advertising, portfolio, and commercial purposes.</w:t>
      </w:r>
    </w:p>
    <w:p>
      <w:r>
        <w:rPr>
          <w:b w:val="0"/>
          <w:sz w:val="20"/>
        </w:rPr>
        <w:t>Client shall obtain necessary model releases from all participants where applicable.</w:t>
      </w:r>
    </w:p>
    <w:p/>
    <w:p>
      <w:r>
        <w:rPr>
          <w:b/>
          <w:sz w:val="20"/>
        </w:rPr>
        <w:t>9. Limitation of Liability</w:t>
      </w:r>
    </w:p>
    <w:p>
      <w:r>
        <w:rPr>
          <w:b w:val="0"/>
          <w:sz w:val="20"/>
        </w:rPr>
        <w:t>In the event of any failure, loss, or damage related to the Services or deliverables, Photographer’s liability shall be limited to a refund of the amounts paid by Client under this Agreement.</w:t>
      </w:r>
    </w:p>
    <w:p>
      <w:r>
        <w:rPr>
          <w:b w:val="0"/>
          <w:sz w:val="20"/>
        </w:rPr>
        <w:t>Photographer is not liable for any indirect, incidental, consequential, or punitive damages arising out of this Agreement.</w:t>
      </w:r>
    </w:p>
    <w:p/>
    <w:p>
      <w:r>
        <w:rPr>
          <w:b/>
          <w:sz w:val="20"/>
        </w:rPr>
        <w:t>10. Indemnification</w:t>
      </w:r>
    </w:p>
    <w:p>
      <w:r>
        <w:rPr>
          <w:b w:val="0"/>
          <w:sz w:val="20"/>
        </w:rPr>
        <w:t>Client agrees to indemnify and hold harmless Photographer from and against any and all claims, damages, liabilities, costs, and expenses arising from Client’s breach of this Agreement or Client’s negligence or willful misconduct.</w:t>
      </w:r>
    </w:p>
    <w:p/>
    <w:p>
      <w:r>
        <w:rPr>
          <w:b/>
          <w:sz w:val="20"/>
        </w:rPr>
        <w:t>11. Force Majeure</w:t>
      </w:r>
    </w:p>
    <w:p>
      <w:r>
        <w:rPr>
          <w:b w:val="0"/>
          <w:sz w:val="20"/>
        </w:rPr>
        <w:t>Neither party shall be held liable for failure to perform obligations under this Agreement due to causes beyond their reasonable control, including but not limited to acts of God, war, government actions, labor disputes, or natural disasters.</w:t>
      </w:r>
    </w:p>
    <w:p/>
    <w:p>
      <w:r>
        <w:rPr>
          <w:b/>
          <w:sz w:val="20"/>
        </w:rPr>
        <w:t>12. Governing Law and Jurisdiction</w:t>
      </w:r>
    </w:p>
    <w:p>
      <w:r>
        <w:rPr>
          <w:b w:val="0"/>
          <w:sz w:val="20"/>
        </w:rPr>
        <w:t>This Agreement shall be governed by and construed in accordance with the laws of the State of ______________________, United States of America.</w:t>
      </w:r>
    </w:p>
    <w:p>
      <w:r>
        <w:rPr>
          <w:b w:val="0"/>
          <w:sz w:val="20"/>
        </w:rPr>
        <w:t>Any disputes arising under or in connection with this Agreement shall be subject to the exclusive jurisdiction of the courts located within said State.</w:t>
      </w:r>
    </w:p>
    <w:p/>
    <w:p>
      <w:r>
        <w:rPr>
          <w:b/>
          <w:sz w:val="20"/>
        </w:rPr>
        <w:t>13. Entire Agreement</w:t>
      </w:r>
    </w:p>
    <w:p>
      <w:r>
        <w:rPr>
          <w:b w:val="0"/>
          <w:sz w:val="20"/>
        </w:rPr>
        <w:t>This Agreement constitutes the entire agreement between the parties regarding the subject matter hereof and supersedes all prior agreements, understandings, and representations, whether oral or written.</w:t>
      </w:r>
    </w:p>
    <w:p>
      <w:r>
        <w:rPr>
          <w:b w:val="0"/>
          <w:sz w:val="20"/>
        </w:rPr>
        <w:t>No modification or amendment to this Agreement shall be effective unless in writing and signed by both parties.</w:t>
      </w:r>
    </w:p>
    <w:p/>
    <w:p/>
    <w:p>
      <w:r>
        <w:rPr>
          <w:b w:val="0"/>
          <w:sz w:val="20"/>
        </w:rPr>
        <w:t>Place of Agreement Execution: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PHOTOGRAPHER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https://contracttemplate-us.com/photography-services-contract/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photography-services-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