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OWNERSHIP TRANSFER AGREEMENT</w:t>
      </w:r>
    </w:p>
    <w:p/>
    <w:p>
      <w:r>
        <w:rPr>
          <w:b/>
          <w:sz w:val="20"/>
        </w:rPr>
        <w:t>SELLER INFORMATION:</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w:t>
      </w:r>
    </w:p>
    <w:p>
      <w:r>
        <w:rPr>
          <w:b w:val="0"/>
          <w:sz w:val="20"/>
        </w:rPr>
        <w:t>Email Address: ______________________________________________________</w:t>
      </w:r>
    </w:p>
    <w:p/>
    <w:p>
      <w:r>
        <w:rPr>
          <w:b/>
          <w:sz w:val="20"/>
        </w:rPr>
        <w:t>BUYER INFORMATION:</w:t>
      </w:r>
    </w:p>
    <w:p>
      <w:r>
        <w:rPr>
          <w:b w:val="0"/>
          <w:sz w:val="20"/>
        </w:rPr>
        <w:t>Full Legal Name: ____________________________________________________________</w:t>
      </w:r>
    </w:p>
    <w:p>
      <w:r>
        <w:rPr>
          <w:b w:val="0"/>
          <w:sz w:val="20"/>
        </w:rPr>
        <w:t>Address: _____________________________________________________________</w:t>
      </w:r>
    </w:p>
    <w:p>
      <w:r>
        <w:rPr>
          <w:b w:val="0"/>
          <w:sz w:val="20"/>
        </w:rPr>
        <w:t>Phone Number: ______________________________________________________</w:t>
      </w:r>
    </w:p>
    <w:p>
      <w:r>
        <w:rPr>
          <w:b w:val="0"/>
          <w:sz w:val="20"/>
        </w:rPr>
        <w:t>Email Address: ______________________________________________________</w:t>
      </w:r>
    </w:p>
    <w:p/>
    <w:p>
      <w:r>
        <w:rPr>
          <w:b/>
          <w:sz w:val="20"/>
        </w:rPr>
        <w:t>PROPERTY DESCRIPTION:</w:t>
      </w:r>
    </w:p>
    <w:p>
      <w:r>
        <w:rPr>
          <w:b w:val="0"/>
          <w:sz w:val="20"/>
        </w:rPr>
        <w:t>Type of Property: ________________________________________________________</w:t>
      </w:r>
    </w:p>
    <w:p>
      <w:r>
        <w:rPr>
          <w:b w:val="0"/>
          <w:sz w:val="20"/>
        </w:rPr>
        <w:t>Make/Model (if applicable): ______________________________________________</w:t>
      </w:r>
    </w:p>
    <w:p>
      <w:r>
        <w:rPr>
          <w:b w:val="0"/>
          <w:sz w:val="20"/>
        </w:rPr>
        <w:t>Year of Manufacture (if applicable): ______________________________________</w:t>
      </w:r>
    </w:p>
    <w:p>
      <w:r>
        <w:rPr>
          <w:b w:val="0"/>
          <w:sz w:val="20"/>
        </w:rPr>
        <w:t>Serial Number / VIN / Registration Number: ________________________________</w:t>
      </w:r>
    </w:p>
    <w:p>
      <w:r>
        <w:rPr>
          <w:b w:val="0"/>
          <w:sz w:val="20"/>
        </w:rPr>
        <w:t>Additional Identifying Features: __________________________________________</w:t>
      </w:r>
    </w:p>
    <w:p/>
    <w:p>
      <w:r>
        <w:rPr>
          <w:b/>
          <w:sz w:val="20"/>
        </w:rPr>
        <w:t>PURCHASE PRICE AND PAYMENT TERMS:</w:t>
      </w:r>
    </w:p>
    <w:p>
      <w:r>
        <w:rPr>
          <w:b w:val="0"/>
          <w:sz w:val="20"/>
        </w:rPr>
        <w:t>Purchase Price: $________________</w:t>
      </w:r>
    </w:p>
    <w:p>
      <w:r>
        <w:rPr>
          <w:b w:val="0"/>
          <w:sz w:val="20"/>
        </w:rPr>
        <w:t>Payment Method: ________________________________________________________</w:t>
      </w:r>
    </w:p>
    <w:p>
      <w:r>
        <w:rPr>
          <w:b w:val="0"/>
          <w:sz w:val="20"/>
        </w:rPr>
        <w:t>Payment Schedule (if applicable): _________________________________________</w:t>
      </w:r>
    </w:p>
    <w:p/>
    <w:p>
      <w:r>
        <w:rPr>
          <w:b/>
          <w:sz w:val="20"/>
        </w:rPr>
        <w:t>REPRESENTATIONS AND WARRANTIES OF THE SELLER:</w:t>
      </w:r>
    </w:p>
    <w:p>
      <w:r>
        <w:rPr>
          <w:b w:val="0"/>
          <w:sz w:val="20"/>
        </w:rPr>
        <w:t>1. The Seller affirms to be the lawful owner of the Property described above and has full authority to transfer ownership free from any liens, encumbrances, claims, or legal restrictions.</w:t>
      </w:r>
    </w:p>
    <w:p>
      <w:r>
        <w:rPr>
          <w:b w:val="0"/>
          <w:sz w:val="20"/>
        </w:rPr>
        <w:t>2. The Property is sold 'AS IS' without any express or implied warranties, except as expressly stated in this Agreement.</w:t>
      </w:r>
    </w:p>
    <w:p>
      <w:r>
        <w:rPr>
          <w:b w:val="0"/>
          <w:sz w:val="20"/>
        </w:rPr>
        <w:t>3. To the Seller's knowledge, the Property is not subject to any pending or threatened litigation, seizure, or forfeiture.</w:t>
      </w:r>
    </w:p>
    <w:p>
      <w:r>
        <w:rPr>
          <w:b w:val="0"/>
          <w:sz w:val="20"/>
        </w:rPr>
        <w:t>4. The Seller has disclosed to the Buyer any known defects or issues materially affecting the Property's condition or legal status.</w:t>
      </w:r>
    </w:p>
    <w:p/>
    <w:p>
      <w:r>
        <w:rPr>
          <w:b/>
          <w:sz w:val="20"/>
        </w:rPr>
        <w:t>REPRESENTATIONS AND WARRANTIES OF THE BUYER:</w:t>
      </w:r>
    </w:p>
    <w:p>
      <w:r>
        <w:rPr>
          <w:b w:val="0"/>
          <w:sz w:val="20"/>
        </w:rPr>
        <w:t>1. The Buyer has had the opportunity to inspect the Property and accepts it in its current condition.</w:t>
      </w:r>
    </w:p>
    <w:p>
      <w:r>
        <w:rPr>
          <w:b w:val="0"/>
          <w:sz w:val="20"/>
        </w:rPr>
        <w:t>2. The Buyer agrees to assume all risks associated with ownership after the transfer of title.</w:t>
      </w:r>
    </w:p>
    <w:p/>
    <w:p>
      <w:r>
        <w:rPr>
          <w:b/>
          <w:sz w:val="20"/>
        </w:rPr>
        <w:t>TRANSFER OF OWNERSHIP:</w:t>
      </w:r>
    </w:p>
    <w:p>
      <w:r>
        <w:rPr>
          <w:b w:val="0"/>
          <w:sz w:val="20"/>
        </w:rPr>
        <w:t>1. The Seller agrees to transfer and convey all right, title, and interest in and to the Property to the Buyer upon full payment of the Purchase Price.</w:t>
      </w:r>
    </w:p>
    <w:p>
      <w:r>
        <w:rPr>
          <w:b w:val="0"/>
          <w:sz w:val="20"/>
        </w:rPr>
        <w:t>2. The transfer of ownership shall be effective on the date the Buyer receives the executed copy of this Agreement and full payment has been made.</w:t>
      </w:r>
    </w:p>
    <w:p>
      <w:r>
        <w:rPr>
          <w:b w:val="0"/>
          <w:sz w:val="20"/>
        </w:rPr>
        <w:t>3. The Seller shall deliver any documents necessary to effectuate the transfer of ownership, including but not limited to certificates of title, registration documents, and bills of sale.</w:t>
      </w:r>
    </w:p>
    <w:p/>
    <w:p>
      <w:r>
        <w:rPr>
          <w:b/>
          <w:sz w:val="20"/>
        </w:rPr>
        <w:t>CONDITION OF PROPERTY:</w:t>
      </w:r>
    </w:p>
    <w:p>
      <w:r>
        <w:rPr>
          <w:b w:val="0"/>
          <w:sz w:val="20"/>
        </w:rPr>
        <w:t>1. The Property is transferred in its current physical and legal condition without any warranties except those expressly stated.</w:t>
      </w:r>
    </w:p>
    <w:p>
      <w:r>
        <w:rPr>
          <w:b w:val="0"/>
          <w:sz w:val="20"/>
        </w:rPr>
        <w:t>2. Buyer acknowledges that no representations regarding the condition, quality, or fitness for a particular purpose have been made by the Seller except as expressly set forth herein.</w:t>
      </w:r>
    </w:p>
    <w:p/>
    <w:p>
      <w:r>
        <w:rPr>
          <w:b/>
          <w:sz w:val="20"/>
        </w:rPr>
        <w:t>RISK OF LOSS:</w:t>
      </w:r>
    </w:p>
    <w:p>
      <w:r>
        <w:rPr>
          <w:b w:val="0"/>
          <w:sz w:val="20"/>
        </w:rPr>
        <w:t>Risk of loss or damage to the Property shall pass from Seller to Buyer upon the effective date of ownership transfer as specified herein.</w:t>
      </w:r>
    </w:p>
    <w:p/>
    <w:p>
      <w:r>
        <w:rPr>
          <w:b/>
          <w:sz w:val="20"/>
        </w:rPr>
        <w:t>INDEMNIFICATION:</w:t>
      </w:r>
    </w:p>
    <w:p>
      <w:r>
        <w:rPr>
          <w:b w:val="0"/>
          <w:sz w:val="20"/>
        </w:rPr>
        <w:t>Each party agrees to indemnify and hold harmless the other party from any claims, damages, liabilities, or expenses arising from any breach of this Agreement or from the ownership, use, or condition of the Property prior to the transfer of ownership.</w:t>
      </w:r>
    </w:p>
    <w:p/>
    <w:p>
      <w:r>
        <w:rPr>
          <w:b/>
          <w:sz w:val="20"/>
        </w:rPr>
        <w:t>GOVERNING LAW AND JURISDICTION:</w:t>
      </w:r>
    </w:p>
    <w:p>
      <w:r>
        <w:rPr>
          <w:b w:val="0"/>
          <w:sz w:val="20"/>
        </w:rPr>
        <w:t>This Agreement shall be governed by and construed in accordance with the laws of the State of ________________________.</w:t>
      </w:r>
    </w:p>
    <w:p>
      <w:r>
        <w:rPr>
          <w:b w:val="0"/>
          <w:sz w:val="20"/>
        </w:rPr>
        <w:t>Any disputes arising from or related to this Agreement shall be resolved exclusively in the state or federal courts located within ________________________, and the parties consent to such jurisdiction and venue.</w:t>
      </w:r>
    </w:p>
    <w:p/>
    <w:p>
      <w:r>
        <w:rPr>
          <w:b/>
          <w:sz w:val="20"/>
        </w:rPr>
        <w:t>ENTIRE AGREEMENT:</w:t>
      </w:r>
    </w:p>
    <w:p>
      <w:r>
        <w:rPr>
          <w:b w:val="0"/>
          <w:sz w:val="20"/>
        </w:rPr>
        <w:t>This Agreement constitutes the entire understanding between the parties regarding the subject matter hereof and supersedes all prior negotiations, representations, or agreements, whether written or oral.</w:t>
      </w:r>
    </w:p>
    <w:p>
      <w:r>
        <w:rPr>
          <w:b w:val="0"/>
          <w:sz w:val="20"/>
        </w:rPr>
        <w:t>Any modifications or amendments to this Agreement must be made in writing and signed by both parties.</w:t>
      </w:r>
    </w:p>
    <w:p/>
    <w:p>
      <w:r>
        <w:rPr>
          <w:b/>
          <w:sz w:val="20"/>
        </w:rPr>
        <w:t>SEVERABILITY:</w:t>
      </w:r>
    </w:p>
    <w:p>
      <w:r>
        <w:rPr>
          <w:b w:val="0"/>
          <w:sz w:val="20"/>
        </w:rPr>
        <w:t>If any provision of this Agreement is held to be invalid or unenforceable, the remaining provisions shall continue in full force and effect.</w:t>
      </w:r>
    </w:p>
    <w:p/>
    <w:p>
      <w:r>
        <w:rPr>
          <w:b/>
          <w:sz w:val="20"/>
        </w:rPr>
        <w:t>EXECUTION AND COUNTERPARTS:</w:t>
      </w:r>
    </w:p>
    <w:p>
      <w:r>
        <w:rPr>
          <w:b w:val="0"/>
          <w:sz w:val="20"/>
        </w:rPr>
        <w:t>This Agreement may be executed in counterparts, each of which shall be deemed an original, but all of which together shall constitute one and the same instrument.</w:t>
      </w:r>
    </w:p>
    <w:p/>
    <w:p/>
    <w:p>
      <w:r>
        <w:rPr>
          <w:b w:val="0"/>
          <w:sz w:val="20"/>
        </w:rPr>
        <w:t>Place of Execution: 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________________________________</w:t>
            </w:r>
          </w:p>
        </w:tc>
        <w:tc>
          <w:tcPr>
            <w:tcW w:type="dxa" w:w="4986"/>
            <w:tcBorders>
              <w:top w:val="nil"/>
              <w:left w:val="nil"/>
              <w:bottom w:val="nil"/>
              <w:right w:val="nil"/>
              <w:insideH w:val="nil"/>
              <w:insideV w:val="nil"/>
            </w:tcBorders>
          </w:tcPr>
          <w:p>
            <w:pPr>
              <w:jc w:val="center"/>
            </w:pPr>
            <w:r>
              <w:t>Printed 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https://contracttemplate-us.com/ownership-contract/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ownership-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