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NAME, IMAGE, AND LIKENESS RIGHTS AGREEMENT</w:t>
      </w:r>
    </w:p>
    <w:p/>
    <w:p/>
    <w:p>
      <w:r>
        <w:rPr>
          <w:b/>
          <w:sz w:val="20"/>
        </w:rPr>
        <w:t>This Name, Image, and Likeness Rights Agreement ("Agreement") is made by and between:</w:t>
      </w:r>
    </w:p>
    <w:p>
      <w:r>
        <w:rPr>
          <w:b/>
          <w:sz w:val="20"/>
        </w:rPr>
        <w:t>Licensor: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Licensee:</w:t>
      </w:r>
    </w:p>
    <w:p>
      <w:r>
        <w:rPr>
          <w:b w:val="0"/>
          <w:sz w:val="20"/>
        </w:rPr>
        <w:t>Full Name/Entity: 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pPr>
        <w:jc w:val="center"/>
      </w:pPr>
      <w:r>
        <w:rPr>
          <w:b/>
          <w:sz w:val="20"/>
        </w:rPr>
        <w:t>RECITALS</w:t>
      </w:r>
    </w:p>
    <w:p/>
    <w:p>
      <w:r>
        <w:rPr>
          <w:b w:val="0"/>
          <w:sz w:val="20"/>
        </w:rPr>
        <w:t>WHEREAS, Licensor is an individual possessing certain rights to their name, image, likeness, voice, signature, and other personal attributes (collectively, "NIL Rights");</w:t>
      </w:r>
    </w:p>
    <w:p>
      <w:r>
        <w:rPr>
          <w:b w:val="0"/>
          <w:sz w:val="20"/>
        </w:rPr>
        <w:t>WHEREAS, Licensee desires to obtain a license to use such NIL Rights for commercial, promotional, advertising, and other lawful purposes;</w:t>
      </w:r>
    </w:p>
    <w:p>
      <w:r>
        <w:rPr>
          <w:b w:val="0"/>
          <w:sz w:val="20"/>
        </w:rPr>
        <w:t>NOW, THEREFORE, in consideration of the mutual promises, covenants, and conditions contained herein, the parties agree as follows:</w:t>
      </w:r>
    </w:p>
    <w:p/>
    <w:p/>
    <w:p>
      <w:r>
        <w:rPr>
          <w:b/>
          <w:sz w:val="20"/>
        </w:rPr>
        <w:t>1. GRANT OF RIGHTS</w:t>
      </w:r>
    </w:p>
    <w:p>
      <w:r>
        <w:rPr>
          <w:b w:val="0"/>
          <w:sz w:val="20"/>
        </w:rPr>
        <w:t>Licensor hereby grants to Licensee a non-exclusive, worldwide, royalty-bearing license to use Licensor’s NIL Rights as described in this Agreement. This license includes, but is not limited to, the use of Licensor's name, image, likeness, photograph, voice, signature, and biographical information ("Licensed Materials") in connection with marketing, advertising, promotions, broadcasts, publications, merchandise, digital content, social media, and any other lawful media or mediums existing now or developed in the future.</w:t>
      </w:r>
    </w:p>
    <w:p/>
    <w:p>
      <w:r>
        <w:rPr>
          <w:b/>
          <w:sz w:val="20"/>
        </w:rPr>
        <w:t>2. LICENSED MATERIALS AND USE</w:t>
      </w:r>
    </w:p>
    <w:p>
      <w:r>
        <w:rPr>
          <w:b w:val="0"/>
          <w:sz w:val="20"/>
        </w:rPr>
        <w:t>Licensee shall use the Licensed Materials only in accordance with this Agreement and all applicable laws. Licensee shall not use the Licensed Materials in any manner that would be defamatory, obscene, illegal, or otherwise damaging to Licensor’s reputation or goodwill. Licensee agrees to submit any proposed use of the Licensed Materials for approval by Licensor prior to public dissemination, which approval shall not be unreasonably withheld or delayed.</w:t>
      </w:r>
    </w:p>
    <w:p/>
    <w:p>
      <w:r>
        <w:rPr>
          <w:b/>
          <w:sz w:val="20"/>
        </w:rPr>
        <w:t>3. COMPENSATION</w:t>
      </w:r>
    </w:p>
    <w:p>
      <w:r>
        <w:rPr>
          <w:b w:val="0"/>
          <w:sz w:val="20"/>
        </w:rPr>
        <w:t>In consideration for the rights granted herein, Licensee agrees to pay Licensor the following compensation: _________________________________________________________. Payment shall be made according to the following schedule or terms: _______________________________________________________________. All payments shall be made in United States Dollars (USD).</w:t>
      </w:r>
    </w:p>
    <w:p/>
    <w:p>
      <w:r>
        <w:rPr>
          <w:b/>
          <w:sz w:val="20"/>
        </w:rPr>
        <w:t>4. TERM AND TERMINATION</w:t>
      </w:r>
    </w:p>
    <w:p>
      <w:r>
        <w:rPr>
          <w:b w:val="0"/>
          <w:sz w:val="20"/>
        </w:rPr>
        <w:t>This Agreement shall commence upon the effective date of execution by both parties and shall continue for a period of _______________ years, unless earlier terminated in accordance with this Section.</w:t>
      </w:r>
    </w:p>
    <w:p>
      <w:r>
        <w:rPr>
          <w:b w:val="0"/>
          <w:sz w:val="20"/>
        </w:rPr>
        <w:t>Either party may terminate this Agreement upon material breach by the other party if such breach is not cured within thirty (30) calendar days after written notice of breach.</w:t>
      </w:r>
    </w:p>
    <w:p>
      <w:r>
        <w:rPr>
          <w:b w:val="0"/>
          <w:sz w:val="20"/>
        </w:rPr>
        <w:t>Upon termination, Licensee shall immediately cease all use of the Licensed Materials and destroy or return all materials containing Licensor’s NIL Rights except as otherwise agreed in writing.</w:t>
      </w:r>
    </w:p>
    <w:p/>
    <w:p>
      <w:r>
        <w:rPr>
          <w:b/>
          <w:sz w:val="20"/>
        </w:rPr>
        <w:t>5. REPRESENTATIONS AND WARRANTIES</w:t>
      </w:r>
    </w:p>
    <w:p>
      <w:r>
        <w:rPr>
          <w:b w:val="0"/>
          <w:sz w:val="20"/>
        </w:rPr>
        <w:t>Licensor represents and warrants that Licensor is the sole and exclusive owner of the NIL Rights granted herein and has full authority to enter into this Agreement and grant the rights granted herein.</w:t>
      </w:r>
    </w:p>
    <w:p>
      <w:r>
        <w:rPr>
          <w:b w:val="0"/>
          <w:sz w:val="20"/>
        </w:rPr>
        <w:t>Licensor further represents that the Licensed Materials do not infringe upon or violate any rights of any third party.</w:t>
      </w:r>
    </w:p>
    <w:p>
      <w:r>
        <w:rPr>
          <w:b w:val="0"/>
          <w:sz w:val="20"/>
        </w:rPr>
        <w:t>Licensee represents and warrants that it will use the Licensed Materials only as permitted by this Agreement and applicable laws.</w:t>
      </w:r>
    </w:p>
    <w:p/>
    <w:p>
      <w:r>
        <w:rPr>
          <w:b/>
          <w:sz w:val="20"/>
        </w:rPr>
        <w:t>6. INDEMNIFICATION</w:t>
      </w:r>
    </w:p>
    <w:p>
      <w:r>
        <w:rPr>
          <w:b w:val="0"/>
          <w:sz w:val="20"/>
        </w:rPr>
        <w:t>Each party shall indemnify, defend, and hold harmless the other party, its officers, directors, employees, agents, and affiliates from and against any and all claims, damages, liabilities, losses, costs, and expenses (including reasonable attorneys' fees) arising out of or related to any breach of this Agreement, negligence, willful misconduct, or violations of law by the indemnifying party.</w:t>
      </w:r>
    </w:p>
    <w:p/>
    <w:p>
      <w:r>
        <w:rPr>
          <w:b/>
          <w:sz w:val="20"/>
        </w:rPr>
        <w:t>7. PUBLICITY AND CONFIDENTIALITY</w:t>
      </w:r>
    </w:p>
    <w:p>
      <w:r>
        <w:rPr>
          <w:b w:val="0"/>
          <w:sz w:val="20"/>
        </w:rPr>
        <w:t>Licensee shall not issue any public statement or press release concerning this Agreement or the relationship between the parties without prior written consent of Licensor.</w:t>
      </w:r>
    </w:p>
    <w:p>
      <w:r>
        <w:rPr>
          <w:b w:val="0"/>
          <w:sz w:val="20"/>
        </w:rPr>
        <w:t>Both parties agree to keep confidential all proprietary or non-public information disclosed by the other party under this Agreement unless required by law or court order.</w:t>
      </w:r>
    </w:p>
    <w:p/>
    <w:p>
      <w:r>
        <w:rPr>
          <w:b/>
          <w:sz w:val="20"/>
        </w:rPr>
        <w:t>8. GOVERNING LAW AND JURISDICTION</w:t>
      </w:r>
    </w:p>
    <w:p>
      <w:r>
        <w:rPr>
          <w:b w:val="0"/>
          <w:sz w:val="20"/>
        </w:rPr>
        <w:t>This Agreement shall be governed by and construed in accordance with the laws of the State of ____________________, United States of America, without regard to its conflicts of law principles.</w:t>
      </w:r>
    </w:p>
    <w:p>
      <w:r>
        <w:rPr>
          <w:b w:val="0"/>
          <w:sz w:val="20"/>
        </w:rPr>
        <w:t>The parties agree to submit to the exclusive jurisdiction of the federal and state courts located within ____________________ County, State of ____________________, for any disputes arising out of or relating to this Agreement.</w:t>
      </w:r>
    </w:p>
    <w:p/>
    <w:p>
      <w:r>
        <w:rPr>
          <w:b/>
          <w:sz w:val="20"/>
        </w:rPr>
        <w:t>9. MISCELLANEOUS</w:t>
      </w:r>
    </w:p>
    <w:p>
      <w:r>
        <w:rPr>
          <w:b w:val="0"/>
          <w:sz w:val="20"/>
        </w:rPr>
        <w:t>a) Entire Agreement: This Agreement contains the entire understanding between the parties and supersedes all prior negotiations, understandings, and agreements, whether oral or written.</w:t>
      </w:r>
    </w:p>
    <w:p>
      <w:r>
        <w:rPr>
          <w:b w:val="0"/>
          <w:sz w:val="20"/>
        </w:rPr>
        <w:t>b) Amendments: No modification or amendment of this Agreement shall be effective unless in writing and signed by both parties.</w:t>
      </w:r>
    </w:p>
    <w:p>
      <w:r>
        <w:rPr>
          <w:b w:val="0"/>
          <w:sz w:val="20"/>
        </w:rPr>
        <w:t>c) Assignment: Neither party may assign or transfer its rights or obligations under this Agreement without the prior written consent of the other party.</w:t>
      </w:r>
    </w:p>
    <w:p>
      <w:r>
        <w:rPr>
          <w:b w:val="0"/>
          <w:sz w:val="20"/>
        </w:rPr>
        <w:t>d) Severability: If any provision of this Agreement is held invalid or unenforceable, the remaining provisions shall continue in full force and effect.</w:t>
      </w:r>
    </w:p>
    <w:p>
      <w:r>
        <w:rPr>
          <w:b w:val="0"/>
          <w:sz w:val="20"/>
        </w:rPr>
        <w:t>e) Waiver: Failure to enforce any provision of this Agreement shall not constitute a waiver of such provision or any other provision.</w:t>
      </w:r>
    </w:p>
    <w:p/>
    <w:p/>
    <w:p>
      <w:r>
        <w:rPr>
          <w:b w:val="0"/>
          <w:sz w:val="20"/>
        </w:rPr>
        <w:t>IN WITNESS WHEREOF, the parties have executed this Agreement as of the date of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LICENSOR</w:t>
            </w:r>
          </w:p>
        </w:tc>
        <w:tc>
          <w:tcPr>
            <w:tcW w:type="dxa" w:w="4986"/>
            <w:tcBorders>
              <w:top w:val="nil"/>
              <w:left w:val="nil"/>
              <w:bottom w:val="nil"/>
              <w:right w:val="nil"/>
              <w:insideH w:val="nil"/>
              <w:insideV w:val="nil"/>
            </w:tcBorders>
          </w:tcPr>
          <w:p>
            <w:pPr>
              <w:jc w:val="center"/>
            </w:pPr>
            <w:r>
              <w:t>LICENSEE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https://contracttemplate-us.com/name-image-likeness-contract/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name-image-likeness-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