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MANAGED SERVICE PROVIDER (MSP) AGREEMENT</w:t>
      </w:r>
    </w:p>
    <w:p/>
    <w:p>
      <w:r>
        <w:rPr>
          <w:b/>
          <w:sz w:val="20"/>
        </w:rPr>
        <w:t>This Managed Service Provider Agreement ("Agreement") is entered into by and between:</w:t>
      </w:r>
    </w:p>
    <w:p>
      <w:r>
        <w:rPr>
          <w:b w:val="0"/>
          <w:sz w:val="20"/>
        </w:rPr>
        <w:t>Service Provider: ________________________________________________</w:t>
      </w:r>
    </w:p>
    <w:p>
      <w:r>
        <w:rPr>
          <w:b w:val="0"/>
          <w:sz w:val="20"/>
        </w:rPr>
        <w:t>Address: ________________________________________________________</w:t>
      </w:r>
    </w:p>
    <w:p>
      <w:r>
        <w:rPr>
          <w:b w:val="0"/>
          <w:sz w:val="20"/>
        </w:rPr>
        <w:t>Contact: ________________________________________________________</w:t>
      </w:r>
    </w:p>
    <w:p/>
    <w:p>
      <w:r>
        <w:rPr>
          <w:b w:val="0"/>
          <w:sz w:val="20"/>
        </w:rPr>
        <w:t>Client: __________________________________________________________</w:t>
      </w:r>
    </w:p>
    <w:p>
      <w:r>
        <w:rPr>
          <w:b w:val="0"/>
          <w:sz w:val="20"/>
        </w:rPr>
        <w:t>Address: ________________________________________________________</w:t>
      </w:r>
    </w:p>
    <w:p>
      <w:r>
        <w:rPr>
          <w:b w:val="0"/>
          <w:sz w:val="20"/>
        </w:rPr>
        <w:t>Contact: ________________________________________________________</w:t>
      </w:r>
    </w:p>
    <w:p/>
    <w:p/>
    <w:p>
      <w:r>
        <w:rPr>
          <w:b/>
          <w:sz w:val="22"/>
        </w:rPr>
        <w:t>RECITALS</w:t>
      </w:r>
    </w:p>
    <w:p>
      <w:r>
        <w:rPr>
          <w:b w:val="0"/>
          <w:sz w:val="20"/>
        </w:rPr>
        <w:t>WHEREAS, the Service Provider offers managed IT and related services;</w:t>
      </w:r>
    </w:p>
    <w:p>
      <w:r>
        <w:rPr>
          <w:b w:val="0"/>
          <w:sz w:val="20"/>
        </w:rPr>
        <w:t>WHEREAS, the Client desires to engage the Service Provider to provide such services under the terms and conditions set forth herein;</w:t>
      </w:r>
    </w:p>
    <w:p>
      <w:r>
        <w:rPr>
          <w:b w:val="0"/>
          <w:sz w:val="20"/>
        </w:rPr>
        <w:t>NOW, THEREFORE, in consideration of the mutual promises and covenants contained herein, the parties agree as follows:</w:t>
      </w:r>
    </w:p>
    <w:p/>
    <w:p>
      <w:r>
        <w:rPr>
          <w:b/>
          <w:sz w:val="22"/>
        </w:rPr>
        <w:t>1. SCOPE OF SERVICES</w:t>
      </w:r>
    </w:p>
    <w:p>
      <w:r>
        <w:rPr>
          <w:b w:val="0"/>
          <w:sz w:val="20"/>
        </w:rPr>
        <w:t>The Service Provider agrees to perform the managed services described in Schedule A attached hereto ("Services"). The Services shall be performed in a professional and workmanlike manner consistent with industry standards.</w:t>
      </w:r>
    </w:p>
    <w:p/>
    <w:p>
      <w:r>
        <w:rPr>
          <w:b/>
          <w:sz w:val="22"/>
        </w:rPr>
        <w:t>2. TERM AND TERMINATION</w:t>
      </w:r>
    </w:p>
    <w:p>
      <w:r>
        <w:rPr>
          <w:b w:val="0"/>
          <w:sz w:val="20"/>
        </w:rPr>
        <w:t>2.1 Term: This Agreement shall commence upon signature by both parties and continue until terminated as provided herein.</w:t>
      </w:r>
    </w:p>
    <w:p>
      <w:r>
        <w:rPr>
          <w:b w:val="0"/>
          <w:sz w:val="20"/>
        </w:rPr>
        <w:t>2.2 Termination for Convenience: Either party may terminate this Agreement by providing thirty (30) days written notice to the other party.</w:t>
      </w:r>
    </w:p>
    <w:p>
      <w:r>
        <w:rPr>
          <w:b w:val="0"/>
          <w:sz w:val="20"/>
        </w:rPr>
        <w:t>2.3 Termination for Cause: Either party may terminate immediately for material breach if the other party fails to cure such breach within fifteen (15) days after receipt of written notice.</w:t>
      </w:r>
    </w:p>
    <w:p>
      <w:r>
        <w:rPr>
          <w:b w:val="0"/>
          <w:sz w:val="20"/>
        </w:rPr>
        <w:t>2.4 Effect of Termination: Upon termination, the Service Provider shall cease providing Services and deliver all work in progress to the Client.</w:t>
      </w:r>
    </w:p>
    <w:p/>
    <w:p>
      <w:r>
        <w:rPr>
          <w:b/>
          <w:sz w:val="22"/>
        </w:rPr>
        <w:t>3. FEES AND PAYMENT</w:t>
      </w:r>
    </w:p>
    <w:p>
      <w:r>
        <w:rPr>
          <w:b w:val="0"/>
          <w:sz w:val="20"/>
        </w:rPr>
        <w:t>3.1 Fees: The Client shall pay the Service Provider the fees set forth in Schedule B attached hereto.</w:t>
      </w:r>
    </w:p>
    <w:p>
      <w:r>
        <w:rPr>
          <w:b w:val="0"/>
          <w:sz w:val="20"/>
        </w:rPr>
        <w:t>3.2 Invoices: The Service Provider shall invoice the Client monthly in arrears unless otherwise agreed.</w:t>
      </w:r>
    </w:p>
    <w:p>
      <w:r>
        <w:rPr>
          <w:b w:val="0"/>
          <w:sz w:val="20"/>
        </w:rPr>
        <w:t>3.3 Payment Terms: Payments are due within thirty (30) days from the date of invoice. Late payments shall accrue interest at the rate of 1.5% per month or the maximum allowed by law, whichever is less.</w:t>
      </w:r>
    </w:p>
    <w:p/>
    <w:p>
      <w:r>
        <w:rPr>
          <w:b/>
          <w:sz w:val="22"/>
        </w:rPr>
        <w:t>4. CLIENT RESPONSIBILITIES</w:t>
      </w:r>
    </w:p>
    <w:p>
      <w:r>
        <w:rPr>
          <w:b w:val="0"/>
          <w:sz w:val="20"/>
        </w:rPr>
        <w:t>The Client agrees to cooperate with the Service Provider by providing access to facilities, equipment, personnel, and any other information reasonably required to perform the Services.</w:t>
      </w:r>
    </w:p>
    <w:p/>
    <w:p>
      <w:r>
        <w:rPr>
          <w:b/>
          <w:sz w:val="22"/>
        </w:rPr>
        <w:t>5. CONFIDENTIALITY</w:t>
      </w:r>
    </w:p>
    <w:p>
      <w:r>
        <w:rPr>
          <w:b w:val="0"/>
          <w:sz w:val="20"/>
        </w:rPr>
        <w:t>5.1 Definition: "Confidential Information" means any non-public information disclosed by one party to the other.</w:t>
      </w:r>
    </w:p>
    <w:p>
      <w:r>
        <w:rPr>
          <w:b w:val="0"/>
          <w:sz w:val="20"/>
        </w:rPr>
        <w:t>5.2 Obligation: Each party agrees to maintain the confidentiality of Confidential Information and not disclose it to any third party except as required by law or with prior written consent.</w:t>
      </w:r>
    </w:p>
    <w:p>
      <w:r>
        <w:rPr>
          <w:b w:val="0"/>
          <w:sz w:val="20"/>
        </w:rPr>
        <w:t>5.3 Exclusions: Confidential Information does not include information that is or becomes publicly known through no breach of this Agreement, is independently developed, or is rightfully received from a third party without restriction.</w:t>
      </w:r>
    </w:p>
    <w:p/>
    <w:p>
      <w:r>
        <w:rPr>
          <w:b/>
          <w:sz w:val="22"/>
        </w:rPr>
        <w:t>6. INTELLECTUAL PROPERTY</w:t>
      </w:r>
    </w:p>
    <w:p>
      <w:r>
        <w:rPr>
          <w:b w:val="0"/>
          <w:sz w:val="20"/>
        </w:rPr>
        <w:t>All intellectual property rights in materials created solely by the Service Provider in connection with the Services shall remain with the Service Provider unless otherwise agreed in writing.</w:t>
      </w:r>
    </w:p>
    <w:p>
      <w:r>
        <w:rPr>
          <w:b w:val="0"/>
          <w:sz w:val="20"/>
        </w:rPr>
        <w:t>The Client is granted a non-exclusive, non-transferable license to use deliverables for its internal business purposes only.</w:t>
      </w:r>
    </w:p>
    <w:p/>
    <w:p>
      <w:r>
        <w:rPr>
          <w:b/>
          <w:sz w:val="22"/>
        </w:rPr>
        <w:t>7. WARRANTIES AND DISCLAIMER</w:t>
      </w:r>
    </w:p>
    <w:p>
      <w:r>
        <w:rPr>
          <w:b w:val="0"/>
          <w:sz w:val="20"/>
        </w:rPr>
        <w:t>The Service Provider warrants that the Services will be performed in a professional manner consistent with industry standards. EXCEPT AS EXPRESSLY SET FORTH HEREIN, THE SERVICES ARE PROVIDED "AS IS" AND THE SERVICE PROVIDER DISCLAIMS ALL OTHER WARRANTIES, EXPRESS OR IMPLIED, INCLUDING BUT NOT LIMITED TO WARRANTIES OF MERCHANTABILITY AND FITNESS FOR A PARTICULAR PURPOSE.</w:t>
      </w:r>
    </w:p>
    <w:p/>
    <w:p>
      <w:r>
        <w:rPr>
          <w:b/>
          <w:sz w:val="22"/>
        </w:rPr>
        <w:t>8. LIMITATION OF LIABILITY</w:t>
      </w:r>
    </w:p>
    <w:p>
      <w:r>
        <w:rPr>
          <w:b w:val="0"/>
          <w:sz w:val="20"/>
        </w:rPr>
        <w:t>IN NO EVENT SHALL EITHER PARTY BE LIABLE FOR ANY INDIRECT, INCIDENTAL, CONSEQUENTIAL, SPECIAL, OR PUNITIVE DAMAGES ARISING OUT OF OR RELATED TO THIS AGREEMENT, EVEN IF ADVISED OF THE POSSIBILITY OF SUCH DAMAGES.</w:t>
      </w:r>
    </w:p>
    <w:p>
      <w:r>
        <w:rPr>
          <w:b w:val="0"/>
          <w:sz w:val="20"/>
        </w:rPr>
        <w:t>THE TOTAL LIABILITY OF THE SERVICE PROVIDER FOR ANY CLAIMS ARISING OUT OF OR RELATING TO THIS AGREEMENT SHALL NOT EXCEED THE AMOUNTS PAID BY THE CLIENT TO THE SERVICE PROVIDER UNDER THIS AGREEMENT IN THE SIX (6) MONTHS PRECEDING THE CLAIM.</w:t>
      </w:r>
    </w:p>
    <w:p/>
    <w:p>
      <w:r>
        <w:rPr>
          <w:b/>
          <w:sz w:val="22"/>
        </w:rPr>
        <w:t>9. INDEMNIFICATION</w:t>
      </w:r>
    </w:p>
    <w:p>
      <w:r>
        <w:rPr>
          <w:b w:val="0"/>
          <w:sz w:val="20"/>
        </w:rPr>
        <w:t>Each party agrees to indemnify, defend, and hold harmless the other party and its officers, directors, employees, and agents from and against any and all claims, liabilities, damages, and expenses (including reasonable attorney fees) arising from the indemnifying party's breach of this Agreement, negligence, or willful misconduct.</w:t>
      </w:r>
    </w:p>
    <w:p/>
    <w:p>
      <w:r>
        <w:rPr>
          <w:b/>
          <w:sz w:val="22"/>
        </w:rPr>
        <w:t>10. FORCE MAJEURE</w:t>
      </w:r>
    </w:p>
    <w:p>
      <w:r>
        <w:rPr>
          <w:b w:val="0"/>
          <w:sz w:val="20"/>
        </w:rPr>
        <w:t>Neither party shall be liable for any failure or delay in performance due to causes beyond its reasonable control, including but not limited to acts of God, war, terrorism, government action, labor disputes, or failure of suppliers.</w:t>
      </w:r>
    </w:p>
    <w:p/>
    <w:p>
      <w:r>
        <w:rPr>
          <w:b/>
          <w:sz w:val="22"/>
        </w:rPr>
        <w:t>11. GOVERNING LAW AND JURISDICTION</w:t>
      </w:r>
    </w:p>
    <w:p>
      <w:r>
        <w:rPr>
          <w:b w:val="0"/>
          <w:sz w:val="20"/>
        </w:rPr>
        <w:t>This Agreement shall be governed by and construed in accordance with the laws of the State of ________________, without regard to its conflict of laws principles.</w:t>
      </w:r>
    </w:p>
    <w:p>
      <w:r>
        <w:rPr>
          <w:b w:val="0"/>
          <w:sz w:val="20"/>
        </w:rPr>
        <w:t>The parties consent to the exclusive jurisdiction and venue of state and federal courts located in __________________ for any disputes arising out of or related to this Agreement.</w:t>
      </w:r>
    </w:p>
    <w:p/>
    <w:p>
      <w:r>
        <w:rPr>
          <w:b/>
          <w:sz w:val="22"/>
        </w:rPr>
        <w:t>12. ENTIRE AGREEMENT</w:t>
      </w:r>
    </w:p>
    <w:p>
      <w:r>
        <w:rPr>
          <w:b w:val="0"/>
          <w:sz w:val="20"/>
        </w:rPr>
        <w:t>This Agreement, including all Schedules attached hereto, constitutes the entire agreement between the parties and supersedes all prior or contemporaneous understandings, agreements, or representations, written or oral, concerning its subject matter.</w:t>
      </w:r>
    </w:p>
    <w:p/>
    <w:p>
      <w:r>
        <w:rPr>
          <w:b/>
          <w:sz w:val="22"/>
        </w:rPr>
        <w:t>13. AMENDMENTS</w:t>
      </w:r>
    </w:p>
    <w:p>
      <w:r>
        <w:rPr>
          <w:b w:val="0"/>
          <w:sz w:val="20"/>
        </w:rPr>
        <w:t>Any amendments or modifications to this Agreement must be in writing and signed by authorized representatives of both parties.</w:t>
      </w:r>
    </w:p>
    <w:p/>
    <w:p>
      <w:r>
        <w:rPr>
          <w:b/>
          <w:sz w:val="22"/>
        </w:rPr>
        <w:t>14. NOTICES</w:t>
      </w:r>
    </w:p>
    <w:p>
      <w:r>
        <w:rPr>
          <w:b w:val="0"/>
          <w:sz w:val="20"/>
        </w:rPr>
        <w:t>All notices under this Agreement shall be in writing and sent by certified mail, return receipt requested, or by nationally recognized overnight courier, to the addresses specified above or to such other address as either party may designate in writing.</w:t>
      </w:r>
    </w:p>
    <w:p/>
    <w:p>
      <w:r>
        <w:rPr>
          <w:b/>
          <w:sz w:val="22"/>
        </w:rPr>
        <w:t>15. SEVERABILITY</w:t>
      </w:r>
    </w:p>
    <w:p>
      <w:r>
        <w:rPr>
          <w:b w:val="0"/>
          <w:sz w:val="20"/>
        </w:rPr>
        <w:t>If any provision of this Agreement is held to be invalid or unenforceable, the remaining provisions shall remain in full force and effect.</w:t>
      </w:r>
    </w:p>
    <w:p/>
    <w:p>
      <w:r>
        <w:rPr>
          <w:b/>
          <w:sz w:val="22"/>
        </w:rPr>
        <w:t>16. WAIVER</w:t>
      </w:r>
    </w:p>
    <w:p>
      <w:r>
        <w:rPr>
          <w:b w:val="0"/>
          <w:sz w:val="20"/>
        </w:rPr>
        <w:t>No waiver of any breach or default under this Agreement shall be deemed a waiver of any preceding or subsequent breach or default.</w:t>
      </w:r>
    </w:p>
    <w:p/>
    <w:p/>
    <w:p>
      <w:r>
        <w:rPr>
          <w:b w:val="0"/>
          <w:sz w:val="20"/>
        </w:rPr>
        <w:t>IN WITNESS WHEREOF, the parties have executed this Agreement as of the date indicated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https://contracttemplate-us.com/msp-contract/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msp-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