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LOGO DESIGN AND USAGE AGREEMENT</w:t>
      </w:r>
    </w:p>
    <w:p/>
    <w:p>
      <w:r>
        <w:rPr>
          <w:b/>
          <w:sz w:val="20"/>
        </w:rPr>
        <w:t>Parties:</w:t>
      </w:r>
    </w:p>
    <w:p>
      <w:r>
        <w:rPr>
          <w:b w:val="0"/>
          <w:sz w:val="20"/>
        </w:rPr>
        <w:t>Client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val="0"/>
          <w:sz w:val="20"/>
        </w:rPr>
        <w:t>Designer Name: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Pr>
        <w:jc w:val="center"/>
      </w:pPr>
      <w:r>
        <w:rPr>
          <w:b/>
          <w:sz w:val="20"/>
        </w:rPr>
        <w:t>RECITALS</w:t>
      </w:r>
    </w:p>
    <w:p/>
    <w:p>
      <w:r>
        <w:rPr>
          <w:b w:val="0"/>
          <w:sz w:val="20"/>
        </w:rPr>
        <w:t>WHEREAS, the Client desires to engage the Designer to create a logo design as described herein, and the Designer agrees to provide such services under the terms and conditions set forth in this Agreement.</w:t>
      </w:r>
    </w:p>
    <w:p/>
    <w:p>
      <w:r>
        <w:rPr>
          <w:b/>
          <w:sz w:val="20"/>
        </w:rPr>
        <w:t>1. Definitions</w:t>
      </w:r>
    </w:p>
    <w:p>
      <w:r>
        <w:rPr>
          <w:b w:val="0"/>
          <w:sz w:val="20"/>
        </w:rPr>
        <w:t>“Logo” means the graphic design, including all elements, colors, fonts, and layout, created by the Designer pursuant to this Agreement.</w:t>
      </w:r>
    </w:p>
    <w:p>
      <w:r>
        <w:rPr>
          <w:b w:val="0"/>
          <w:sz w:val="20"/>
        </w:rPr>
        <w:t>“Deliverables” means all files, formats, and materials related to the Logo provided to the Client.</w:t>
      </w:r>
    </w:p>
    <w:p>
      <w:r>
        <w:rPr>
          <w:b w:val="0"/>
          <w:sz w:val="20"/>
        </w:rPr>
        <w:t>“Work Product” means all creative work, concepts, designs, and materials developed by the Designer in connection with the Logo.</w:t>
      </w:r>
    </w:p>
    <w:p/>
    <w:p>
      <w:r>
        <w:rPr>
          <w:b/>
          <w:sz w:val="20"/>
        </w:rPr>
        <w:t>2. Scope of Work</w:t>
      </w:r>
    </w:p>
    <w:p>
      <w:r>
        <w:rPr>
          <w:b w:val="0"/>
          <w:sz w:val="20"/>
        </w:rPr>
        <w:t>The Designer shall create and deliver to the Client the Logo based on the specifications and requirements mutually agreed upon. The Designer shall provide initial concepts and up to three rounds of revisions as part of the agreed fee.</w:t>
      </w:r>
    </w:p>
    <w:p/>
    <w:p>
      <w:r>
        <w:rPr>
          <w:b/>
          <w:sz w:val="20"/>
        </w:rPr>
        <w:t>3. Fees and Payment</w:t>
      </w:r>
    </w:p>
    <w:p>
      <w:r>
        <w:rPr>
          <w:b w:val="0"/>
          <w:sz w:val="20"/>
        </w:rPr>
        <w:t>The Client agrees to pay the Designer the total sum of $____________ as full compensation for the services rendered under this Agreement.</w:t>
      </w:r>
    </w:p>
    <w:p>
      <w:r>
        <w:rPr>
          <w:b w:val="0"/>
          <w:sz w:val="20"/>
        </w:rPr>
        <w:t>A deposit of $____________ shall be paid upon execution of this Agreement. The remaining balance shall be due upon delivery of the final Logo files.</w:t>
      </w:r>
    </w:p>
    <w:p>
      <w:r>
        <w:rPr>
          <w:b w:val="0"/>
          <w:sz w:val="20"/>
        </w:rPr>
        <w:t>All payments shall be made via ____________________________.</w:t>
      </w:r>
    </w:p>
    <w:p/>
    <w:p>
      <w:r>
        <w:rPr>
          <w:b/>
          <w:sz w:val="20"/>
        </w:rPr>
        <w:t>4. Intellectual Property Rights</w:t>
      </w:r>
    </w:p>
    <w:p>
      <w:r>
        <w:rPr>
          <w:b w:val="0"/>
          <w:sz w:val="20"/>
        </w:rPr>
        <w:t>Upon full payment, the Designer assigns to the Client all rights, title, and interest in and to the final Logo and Deliverables, including copyrights and trademarks, subject to the terms herein.</w:t>
      </w:r>
    </w:p>
    <w:p>
      <w:r>
        <w:rPr>
          <w:b w:val="0"/>
          <w:sz w:val="20"/>
        </w:rPr>
        <w:t>The Designer retains no rights to use the Logo other than for portfolio and promotional purposes, provided the Client's confidentiality is not breached.</w:t>
      </w:r>
    </w:p>
    <w:p/>
    <w:p>
      <w:r>
        <w:rPr>
          <w:b/>
          <w:sz w:val="20"/>
        </w:rPr>
        <w:t>5. License to Use Preliminary Work</w:t>
      </w:r>
    </w:p>
    <w:p>
      <w:r>
        <w:rPr>
          <w:b w:val="0"/>
          <w:sz w:val="20"/>
        </w:rPr>
        <w:t>The Client acknowledges that all preliminary designs, concepts, and rejected ideas remain the sole property of the Designer and shall not be used by the Client without prior written consent.</w:t>
      </w:r>
    </w:p>
    <w:p/>
    <w:p>
      <w:r>
        <w:rPr>
          <w:b/>
          <w:sz w:val="20"/>
        </w:rPr>
        <w:t>6. Confidentiality</w:t>
      </w:r>
    </w:p>
    <w:p>
      <w:r>
        <w:rPr>
          <w:b w:val="0"/>
          <w:sz w:val="20"/>
        </w:rPr>
        <w:t>Both parties agree to keep confidential all non-public information disclosed during the term of this Agreement and not to disclose such information to any third party without prior written consent.</w:t>
      </w:r>
    </w:p>
    <w:p/>
    <w:p>
      <w:r>
        <w:rPr>
          <w:b/>
          <w:sz w:val="20"/>
        </w:rPr>
        <w:t>7. Warranties and Representations</w:t>
      </w:r>
    </w:p>
    <w:p>
      <w:r>
        <w:rPr>
          <w:b w:val="0"/>
          <w:sz w:val="20"/>
        </w:rPr>
        <w:t>The Designer represents and warrants that the Logo shall be original and shall not infringe upon any third-party rights.</w:t>
      </w:r>
    </w:p>
    <w:p>
      <w:r>
        <w:rPr>
          <w:b w:val="0"/>
          <w:sz w:val="20"/>
        </w:rPr>
        <w:t>The Client represents that any materials provided to the Designer do not infringe any third-party rights.</w:t>
      </w:r>
    </w:p>
    <w:p/>
    <w:p>
      <w:r>
        <w:rPr>
          <w:b/>
          <w:sz w:val="20"/>
        </w:rPr>
        <w:t>8. Indemnification</w:t>
      </w:r>
    </w:p>
    <w:p>
      <w:r>
        <w:rPr>
          <w:b w:val="0"/>
          <w:sz w:val="20"/>
        </w:rPr>
        <w:t>Each party agrees to indemnify, defend, and hold harmless the other party from and against any claims, liabilities, damages, losses, or expenses arising out of any breach of representations or warranties contained herein.</w:t>
      </w:r>
    </w:p>
    <w:p/>
    <w:p>
      <w:r>
        <w:rPr>
          <w:b/>
          <w:sz w:val="20"/>
        </w:rPr>
        <w:t>9. Limitation of Liability</w:t>
      </w:r>
    </w:p>
    <w:p>
      <w:r>
        <w:rPr>
          <w:b w:val="0"/>
          <w:sz w:val="20"/>
        </w:rPr>
        <w:t>Neither party shall be liable to the other for any indirect, incidental, special, consequential, or punitive damages arising out of or related to this Agreement.</w:t>
      </w:r>
    </w:p>
    <w:p/>
    <w:p>
      <w:r>
        <w:rPr>
          <w:b/>
          <w:sz w:val="20"/>
        </w:rPr>
        <w:t>10. Termination</w:t>
      </w:r>
    </w:p>
    <w:p>
      <w:r>
        <w:rPr>
          <w:b w:val="0"/>
          <w:sz w:val="20"/>
        </w:rPr>
        <w:t>Either party may terminate this Agreement upon written notice if the other party breaches any material provision and fails to cure such breach within ten (10) days after receipt of notice.</w:t>
      </w:r>
    </w:p>
    <w:p>
      <w:r>
        <w:rPr>
          <w:b w:val="0"/>
          <w:sz w:val="20"/>
        </w:rPr>
        <w:t>Upon termination, the Client shall pay for all work performed up to the date of termination.</w:t>
      </w:r>
    </w:p>
    <w:p/>
    <w:p>
      <w:r>
        <w:rPr>
          <w:b/>
          <w:sz w:val="20"/>
        </w:rPr>
        <w:t>11. Governing Law and Jurisdiction</w:t>
      </w:r>
    </w:p>
    <w:p>
      <w:r>
        <w:rPr>
          <w:b w:val="0"/>
          <w:sz w:val="20"/>
        </w:rPr>
        <w:t>This Agreement shall be governed by and construed in accordance with the laws of the United States and the State of ____________________.</w:t>
      </w:r>
    </w:p>
    <w:p>
      <w:r>
        <w:rPr>
          <w:b w:val="0"/>
          <w:sz w:val="20"/>
        </w:rPr>
        <w:t>Any disputes arising under or in connection with this Agreement shall be subject to the exclusive jurisdiction of the courts located in ____________________.</w:t>
      </w:r>
    </w:p>
    <w:p/>
    <w:p>
      <w:r>
        <w:rPr>
          <w:b/>
          <w:sz w:val="20"/>
        </w:rPr>
        <w:t>12. Entire Agreement</w:t>
      </w:r>
    </w:p>
    <w:p>
      <w:r>
        <w:rPr>
          <w:b w:val="0"/>
          <w:sz w:val="20"/>
        </w:rPr>
        <w:t>This Agreement constitutes the entire understanding between the parties and supersedes all prior discussions, agreements, or understandings of any kind.</w:t>
      </w:r>
    </w:p>
    <w:p/>
    <w:p>
      <w:r>
        <w:rPr>
          <w:b/>
          <w:sz w:val="20"/>
        </w:rPr>
        <w:t>13. Amendments</w:t>
      </w:r>
    </w:p>
    <w:p>
      <w:r>
        <w:rPr>
          <w:b w:val="0"/>
          <w:sz w:val="20"/>
        </w:rPr>
        <w:t>Any amendments or modifications to this Agreement must be in writing and signed by both parties.</w:t>
      </w:r>
    </w:p>
    <w:p/>
    <w:p>
      <w:r>
        <w:rPr>
          <w:b/>
          <w:sz w:val="20"/>
        </w:rPr>
        <w:t>14. Severability</w:t>
      </w:r>
    </w:p>
    <w:p>
      <w:r>
        <w:rPr>
          <w:b w:val="0"/>
          <w:sz w:val="20"/>
        </w:rPr>
        <w:t>If any provision of this Agreement is held to be invalid or unenforceable, the remaining provisions shall continue in full force and effect.</w:t>
      </w:r>
    </w:p>
    <w:p/>
    <w:p>
      <w:r>
        <w:rPr>
          <w:b/>
          <w:sz w:val="20"/>
        </w:rPr>
        <w:t>15. Notices</w:t>
      </w:r>
    </w:p>
    <w:p>
      <w:r>
        <w:rPr>
          <w:b w:val="0"/>
          <w:sz w:val="20"/>
        </w:rPr>
        <w:t>All notices under this Agreement shall be in writing and delivered to the addresses listed above either by hand, certified mail, or email with confirmation of receipt.</w:t>
      </w:r>
    </w:p>
    <w:p/>
    <w:p/>
    <w:p>
      <w:pPr>
        <w:jc w:val="center"/>
      </w:pPr>
      <w:r>
        <w:rPr>
          <w:b w:val="0"/>
          <w:sz w:val="20"/>
        </w:rPr>
        <w:t>IN WITNESS WHEREOF, the parties have executed this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DESIGNER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https://contracttemplate-us.com/logo-contract/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logo-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