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 HOME DAYCARE SERVICES AGREEMENT</w:t>
      </w:r>
    </w:p>
    <w:p/>
    <w:p>
      <w:r>
        <w:rPr>
          <w:b/>
          <w:sz w:val="20"/>
        </w:rPr>
        <w:t>This Agreement is entered into by and between:</w:t>
      </w:r>
    </w:p>
    <w:p>
      <w:r>
        <w:rPr>
          <w:b/>
          <w:sz w:val="20"/>
        </w:rPr>
        <w:t>Provider (Daycare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 (Parent/Guardian):</w:t>
      </w:r>
    </w:p>
    <w:p>
      <w:r>
        <w:rPr>
          <w:b w:val="0"/>
          <w:sz w:val="20"/>
        </w:rPr>
        <w:t>Full Name(s):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Child(ren) Information:</w:t>
      </w:r>
    </w:p>
    <w:p>
      <w:r>
        <w:rPr>
          <w:b w:val="0"/>
          <w:sz w:val="20"/>
        </w:rPr>
        <w:t>Child 1 Name: _________________________________________________________</w:t>
      </w:r>
    </w:p>
    <w:p>
      <w:r>
        <w:rPr>
          <w:b w:val="0"/>
          <w:sz w:val="20"/>
        </w:rPr>
        <w:t>Date of Birth: _________________________________________________________</w:t>
      </w:r>
    </w:p>
    <w:p/>
    <w:p>
      <w:r>
        <w:rPr>
          <w:b w:val="0"/>
          <w:sz w:val="20"/>
        </w:rPr>
        <w:t>Child 2 Name: _________________________________________________________</w:t>
      </w:r>
    </w:p>
    <w:p>
      <w:r>
        <w:rPr>
          <w:b w:val="0"/>
          <w:sz w:val="20"/>
        </w:rPr>
        <w:t>Date of Birth: _________________________________________________________</w:t>
      </w:r>
    </w:p>
    <w:p/>
    <w:p>
      <w:r>
        <w:rPr>
          <w:b w:val="0"/>
          <w:sz w:val="20"/>
        </w:rPr>
        <w:t>Child 3 Name: _________________________________________________________</w:t>
      </w:r>
    </w:p>
    <w:p>
      <w:r>
        <w:rPr>
          <w:b w:val="0"/>
          <w:sz w:val="20"/>
        </w:rPr>
        <w:t>Date of Birth: _________________________________________________________</w:t>
      </w:r>
    </w:p>
    <w:p/>
    <w:p>
      <w:r>
        <w:rPr>
          <w:b/>
          <w:sz w:val="20"/>
        </w:rPr>
        <w:t>1. Description of Services</w:t>
      </w:r>
    </w:p>
    <w:p>
      <w:r>
        <w:rPr>
          <w:b w:val="0"/>
          <w:sz w:val="20"/>
        </w:rPr>
        <w:t>The Provider agrees to provide in-home daycare services for the Child(ren) listed above. Services include supervision, basic care, meals and snacks as agreed, educational activities, and safe playtime. The Provider shall comply with all applicable local, state, and federal laws governing the provision of daycare services.</w:t>
      </w:r>
    </w:p>
    <w:p/>
    <w:p>
      <w:r>
        <w:rPr>
          <w:b/>
          <w:sz w:val="20"/>
        </w:rPr>
        <w:t>2. Operating Days and Hours</w:t>
      </w:r>
    </w:p>
    <w:p>
      <w:r>
        <w:rPr>
          <w:b w:val="0"/>
          <w:sz w:val="20"/>
        </w:rPr>
        <w:t>The daycare services will be provided on the following days and times: _______________________________________________________________</w:t>
      </w:r>
    </w:p>
    <w:p/>
    <w:p>
      <w:r>
        <w:rPr>
          <w:b/>
          <w:sz w:val="20"/>
        </w:rPr>
        <w:t>3. Payment Terms</w:t>
      </w:r>
    </w:p>
    <w:p>
      <w:r>
        <w:rPr>
          <w:b w:val="0"/>
          <w:sz w:val="20"/>
        </w:rPr>
        <w:t>The Client agrees to pay the Provider the sum of $________ per day/week/month (circle one) for the daycare services. Payments shall be due on or before the first day of each payment period unless otherwise agreed in writing. Payments shall be made via: ________________________________</w:t>
      </w:r>
    </w:p>
    <w:p/>
    <w:p>
      <w:r>
        <w:rPr>
          <w:b w:val="0"/>
          <w:sz w:val="20"/>
        </w:rPr>
        <w:t>Late payments will incur a late fee of $________ per day/week (circle one) until payment is received.</w:t>
      </w:r>
    </w:p>
    <w:p/>
    <w:p>
      <w:r>
        <w:rPr>
          <w:b/>
          <w:sz w:val="20"/>
        </w:rPr>
        <w:t>4. Term and Termination</w:t>
      </w:r>
    </w:p>
    <w:p>
      <w:r>
        <w:rPr>
          <w:b w:val="0"/>
          <w:sz w:val="20"/>
        </w:rPr>
        <w:t>This Agreement shall begin on the date of the signature of both parties and continue until terminated by either party. Either party may terminate this Agreement at any time by providing at least __________ days written notice to the other party.</w:t>
      </w:r>
    </w:p>
    <w:p/>
    <w:p>
      <w:r>
        <w:rPr>
          <w:b w:val="0"/>
          <w:sz w:val="20"/>
        </w:rPr>
        <w:t>The Provider reserves the right to terminate this Agreement immediately for cause including but not limited to non-payment, breach of contract, or behavior endangering the health or safety of the Child(ren) or Provider.</w:t>
      </w:r>
    </w:p>
    <w:p/>
    <w:p>
      <w:r>
        <w:rPr>
          <w:b/>
          <w:sz w:val="20"/>
        </w:rPr>
        <w:t>5. Health and Safety</w:t>
      </w:r>
    </w:p>
    <w:p>
      <w:r>
        <w:rPr>
          <w:b w:val="0"/>
          <w:sz w:val="20"/>
        </w:rPr>
        <w:t>The Client agrees to inform the Provider of any allergies, medical conditions, or special needs of the Child(ren). The Provider shall take reasonable precautions to ensure the safety and well-being of the Child(ren). The Client authorizes the Provider to obtain emergency medical treatment if necessary.</w:t>
      </w:r>
    </w:p>
    <w:p/>
    <w:p>
      <w:r>
        <w:rPr>
          <w:b w:val="0"/>
          <w:sz w:val="20"/>
        </w:rPr>
        <w:t>The Client agrees to provide up-to-date vaccination records and to notify the Provider of any contagious illnesses.</w:t>
      </w:r>
    </w:p>
    <w:p/>
    <w:p>
      <w:r>
        <w:rPr>
          <w:b/>
          <w:sz w:val="20"/>
        </w:rPr>
        <w:t>6. Discipline Policy</w:t>
      </w:r>
    </w:p>
    <w:p>
      <w:r>
        <w:rPr>
          <w:b w:val="0"/>
          <w:sz w:val="20"/>
        </w:rPr>
        <w:t>The Provider agrees to use positive discipline methods. Physical punishment, humiliation, or neglect will not be used. The Client understands and agrees with the Provider’s discipline methods.</w:t>
      </w:r>
    </w:p>
    <w:p/>
    <w:p>
      <w:r>
        <w:rPr>
          <w:b/>
          <w:sz w:val="20"/>
        </w:rPr>
        <w:t>7. Confidentiality</w:t>
      </w:r>
    </w:p>
    <w:p>
      <w:r>
        <w:rPr>
          <w:b w:val="0"/>
          <w:sz w:val="20"/>
        </w:rPr>
        <w:t>Both parties agree to keep confidential all personal information regarding the other party and the Child(ren), except as required by law or with prior written consent.</w:t>
      </w:r>
    </w:p>
    <w:p/>
    <w:p>
      <w:r>
        <w:rPr>
          <w:b/>
          <w:sz w:val="20"/>
        </w:rPr>
        <w:t>8. Liability and Indemnification</w:t>
      </w:r>
    </w:p>
    <w:p>
      <w:r>
        <w:rPr>
          <w:b w:val="0"/>
          <w:sz w:val="20"/>
        </w:rPr>
        <w:t>The Provider shall maintain a safe environment and exercise reasonable care. However, the Provider is not liable for injuries or accidents beyond reasonable control. The Client agrees to indemnify and hold harmless the Provider from any claims arising out of the Child(ren)’s actions or negligence.</w:t>
      </w:r>
    </w:p>
    <w:p/>
    <w:p>
      <w:r>
        <w:rPr>
          <w:b/>
          <w:sz w:val="20"/>
        </w:rPr>
        <w:t>9. Governing Law</w:t>
      </w:r>
    </w:p>
    <w:p>
      <w:r>
        <w:rPr>
          <w:b w:val="0"/>
          <w:sz w:val="20"/>
        </w:rPr>
        <w:t>This Agreement shall be governed by and construed in accordance with the laws of the State of ________________, United States of America.</w:t>
      </w:r>
    </w:p>
    <w:p/>
    <w:p>
      <w:r>
        <w:rPr>
          <w:b/>
          <w:sz w:val="20"/>
        </w:rPr>
        <w:t>10. Entire Agreement</w:t>
      </w:r>
    </w:p>
    <w:p>
      <w:r>
        <w:rPr>
          <w:b w:val="0"/>
          <w:sz w:val="20"/>
        </w:rPr>
        <w:t>This Agreement contains the entire understanding of the parties and supersedes all prior agreements or understandings, whether oral or written, relating to the subject matter herein.</w:t>
      </w:r>
    </w:p>
    <w:p/>
    <w:p>
      <w:r>
        <w:rPr>
          <w:b/>
          <w:sz w:val="20"/>
        </w:rPr>
        <w:t>11. Amendment</w:t>
      </w:r>
    </w:p>
    <w:p>
      <w:r>
        <w:rPr>
          <w:b w:val="0"/>
          <w:sz w:val="20"/>
        </w:rPr>
        <w:t>Any amendments or modifications to this Agreement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PROVIDER (DAYCARE OWNER)</w:t>
            </w:r>
          </w:p>
        </w:tc>
        <w:tc>
          <w:tcPr>
            <w:tcW w:type="dxa" w:w="4986"/>
            <w:tcBorders>
              <w:top w:val="nil"/>
              <w:left w:val="nil"/>
              <w:bottom w:val="nil"/>
              <w:right w:val="nil"/>
              <w:insideH w:val="nil"/>
              <w:insideV w:val="nil"/>
            </w:tcBorders>
          </w:tcPr>
          <w:p>
            <w:pPr>
              <w:jc w:val="center"/>
            </w:pPr>
            <w:r>
              <w:t>CLIENT (PARENT/GUARDIAN)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https://contracttemplate-us.com/in-home-daycare-contract/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in-home-daycar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