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 IMPROVEMENT REMODELING CONTRACT</w:t>
      </w:r>
    </w:p>
    <w:p/>
    <w:p>
      <w:r>
        <w:rPr>
          <w:b w:val="0"/>
          <w:sz w:val="20"/>
        </w:rPr>
        <w:t>This Home Improvement Remodeling Contract (the “Contract”) is entered into by and between the following parties:</w:t>
      </w:r>
    </w:p>
    <w:p/>
    <w:p>
      <w:r>
        <w:rPr>
          <w:b/>
          <w:sz w:val="20"/>
        </w:rPr>
        <w:t>Contractor Information:</w:t>
      </w:r>
    </w:p>
    <w:p>
      <w:r>
        <w:rPr>
          <w:b w:val="0"/>
          <w:sz w:val="20"/>
        </w:rPr>
        <w:t>Business Name: ____________________________________________________________</w:t>
      </w:r>
    </w:p>
    <w:p>
      <w:r>
        <w:rPr>
          <w:b w:val="0"/>
          <w:sz w:val="20"/>
        </w:rPr>
        <w:t>License Number: 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Homeowner Information:</w:t>
      </w:r>
    </w:p>
    <w:p>
      <w:r>
        <w:rPr>
          <w:b w:val="0"/>
          <w:sz w:val="20"/>
        </w:rPr>
        <w:t>Full Name: ________________________________________________________________</w:t>
      </w:r>
    </w:p>
    <w:p>
      <w:r>
        <w:rPr>
          <w:b w:val="0"/>
          <w:sz w:val="20"/>
        </w:rPr>
        <w:t>Address of Property to be Remodeled: 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Scope of Work:</w:t>
      </w:r>
    </w:p>
    <w:p>
      <w:r>
        <w:rPr>
          <w:b w:val="0"/>
          <w:sz w:val="20"/>
        </w:rPr>
        <w:t>The Contractor agrees to perform the following work (the “Work”) at the property listed above:</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Materials and Equipment:</w:t>
      </w:r>
    </w:p>
    <w:p>
      <w:r>
        <w:rPr>
          <w:b w:val="0"/>
          <w:sz w:val="20"/>
        </w:rPr>
        <w:t>The Contractor shall supply all materials, labor, equipment, and services necessary to complete the Work, except as otherwise agreed in writing.</w:t>
      </w:r>
    </w:p>
    <w:p>
      <w:r>
        <w:rPr>
          <w:b w:val="0"/>
          <w:sz w:val="20"/>
        </w:rPr>
        <w:t>All materials used shall be new and of good quality unless otherwise specified.</w:t>
      </w:r>
    </w:p>
    <w:p/>
    <w:p>
      <w:r>
        <w:rPr>
          <w:b/>
          <w:sz w:val="20"/>
        </w:rPr>
        <w:t>Contract Price and Payment Terms:</w:t>
      </w:r>
    </w:p>
    <w:p>
      <w:r>
        <w:rPr>
          <w:b w:val="0"/>
          <w:sz w:val="20"/>
        </w:rPr>
        <w:t>The total contract price for the Work shall be: $______________________________</w:t>
      </w:r>
    </w:p>
    <w:p>
      <w:r>
        <w:rPr>
          <w:b w:val="0"/>
          <w:sz w:val="20"/>
        </w:rPr>
        <w:t>Payment shall be made as follows:</w:t>
      </w:r>
    </w:p>
    <w:p>
      <w:r>
        <w:rPr>
          <w:b w:val="0"/>
          <w:sz w:val="20"/>
        </w:rPr>
        <w:t>1. Deposit upon signing: $______________________________</w:t>
      </w:r>
    </w:p>
    <w:p>
      <w:r>
        <w:rPr>
          <w:b w:val="0"/>
          <w:sz w:val="20"/>
        </w:rPr>
        <w:t>2. Progress payments: ______________________________________________________</w:t>
      </w:r>
    </w:p>
    <w:p>
      <w:r>
        <w:rPr>
          <w:b w:val="0"/>
          <w:sz w:val="20"/>
        </w:rPr>
        <w:t>3. Final payment upon completion: $______________________________</w:t>
      </w:r>
    </w:p>
    <w:p>
      <w:r>
        <w:rPr>
          <w:b w:val="0"/>
          <w:sz w:val="20"/>
        </w:rPr>
        <w:t>All payments shall be made by check, bank transfer, or other agreed method.</w:t>
      </w:r>
    </w:p>
    <w:p/>
    <w:p>
      <w:r>
        <w:rPr>
          <w:b/>
          <w:sz w:val="20"/>
        </w:rPr>
        <w:t>Project Timeline:</w:t>
      </w:r>
    </w:p>
    <w:p>
      <w:r>
        <w:rPr>
          <w:b w:val="0"/>
          <w:sz w:val="20"/>
        </w:rPr>
        <w:t>The Work shall commence within _____ days following the execution of this Contract and shall be substantially completed by ___________________.</w:t>
      </w:r>
    </w:p>
    <w:p>
      <w:r>
        <w:rPr>
          <w:b w:val="0"/>
          <w:sz w:val="20"/>
        </w:rPr>
        <w:t>Time is of the essence. Delays caused by events beyond the Contractor’s control shall not be considered breaches.</w:t>
      </w:r>
    </w:p>
    <w:p/>
    <w:p>
      <w:r>
        <w:rPr>
          <w:b/>
          <w:sz w:val="20"/>
        </w:rPr>
        <w:t>Change Orders:</w:t>
      </w:r>
    </w:p>
    <w:p>
      <w:r>
        <w:rPr>
          <w:b w:val="0"/>
          <w:sz w:val="20"/>
        </w:rPr>
        <w:t>Any changes or additions to the Work must be made in writing and signed by both parties as a Change Order.</w:t>
      </w:r>
    </w:p>
    <w:p>
      <w:r>
        <w:rPr>
          <w:b w:val="0"/>
          <w:sz w:val="20"/>
        </w:rPr>
        <w:t>Change Orders may affect the Contract Price and/or timeline.</w:t>
      </w:r>
    </w:p>
    <w:p/>
    <w:p>
      <w:r>
        <w:rPr>
          <w:b/>
          <w:sz w:val="20"/>
        </w:rPr>
        <w:t>Permits and Approvals:</w:t>
      </w:r>
    </w:p>
    <w:p>
      <w:r>
        <w:rPr>
          <w:b w:val="0"/>
          <w:sz w:val="20"/>
        </w:rPr>
        <w:t>The Contractor shall obtain all necessary permits, inspections, and approvals required by local authorities.</w:t>
      </w:r>
    </w:p>
    <w:p>
      <w:r>
        <w:rPr>
          <w:b w:val="0"/>
          <w:sz w:val="20"/>
        </w:rPr>
        <w:t>The Homeowner shall provide reasonable access to the property and cooperate with the Contractor for permit acquisition.</w:t>
      </w:r>
    </w:p>
    <w:p/>
    <w:p>
      <w:r>
        <w:rPr>
          <w:b/>
          <w:sz w:val="20"/>
        </w:rPr>
        <w:t>Warranties:</w:t>
      </w:r>
    </w:p>
    <w:p>
      <w:r>
        <w:rPr>
          <w:b w:val="0"/>
          <w:sz w:val="20"/>
        </w:rPr>
        <w:t>The Contractor warrants that the Work will be performed in a good and workmanlike manner and in accordance with industry standards.</w:t>
      </w:r>
    </w:p>
    <w:p>
      <w:r>
        <w:rPr>
          <w:b w:val="0"/>
          <w:sz w:val="20"/>
        </w:rPr>
        <w:t>The warranty period shall be for a duration of one (1) year from the date of substantial completion, except for manufacturer warranties, which shall be passed through to the Homeowner.</w:t>
      </w:r>
    </w:p>
    <w:p/>
    <w:p>
      <w:r>
        <w:rPr>
          <w:b/>
          <w:sz w:val="20"/>
        </w:rPr>
        <w:t>Insurance and Liability:</w:t>
      </w:r>
    </w:p>
    <w:p>
      <w:r>
        <w:rPr>
          <w:b w:val="0"/>
          <w:sz w:val="20"/>
        </w:rPr>
        <w:t>The Contractor shall maintain general liability insurance and workers’ compensation insurance as required by law.</w:t>
      </w:r>
    </w:p>
    <w:p>
      <w:r>
        <w:rPr>
          <w:b w:val="0"/>
          <w:sz w:val="20"/>
        </w:rPr>
        <w:t>The Contractor is not responsible for damage caused by factors beyond its control, including but not limited to acts of God, vandalism, or Homeowner negligence.</w:t>
      </w:r>
    </w:p>
    <w:p/>
    <w:p>
      <w:r>
        <w:rPr>
          <w:b/>
          <w:sz w:val="20"/>
        </w:rPr>
        <w:t>Indemnification:</w:t>
      </w:r>
    </w:p>
    <w:p>
      <w:r>
        <w:rPr>
          <w:b w:val="0"/>
          <w:sz w:val="20"/>
        </w:rPr>
        <w:t>The Contractor agrees to indemnify and hold harmless the Homeowner from any claims, damages, losses, or expenses arising from the Contractor’s negligence or willful misconduct.</w:t>
      </w:r>
    </w:p>
    <w:p>
      <w:r>
        <w:rPr>
          <w:b w:val="0"/>
          <w:sz w:val="20"/>
        </w:rPr>
        <w:t>The Homeowner agrees to indemnify and hold harmless the Contractor from claims arising from Homeowner’s negligence or willful acts.</w:t>
      </w:r>
    </w:p>
    <w:p/>
    <w:p>
      <w:r>
        <w:rPr>
          <w:b/>
          <w:sz w:val="20"/>
        </w:rPr>
        <w:t>Termination:</w:t>
      </w:r>
    </w:p>
    <w:p>
      <w:r>
        <w:rPr>
          <w:b w:val="0"/>
          <w:sz w:val="20"/>
        </w:rPr>
        <w:t>Either party may terminate this Contract upon written notice if the other party materially breaches any term and fails to cure such breach within fourteen (14) days after receipt of written notice.</w:t>
      </w:r>
    </w:p>
    <w:p>
      <w:r>
        <w:rPr>
          <w:b w:val="0"/>
          <w:sz w:val="20"/>
        </w:rPr>
        <w:t>Upon termination, the Contractor shall be paid for all Work performed and materials purchased up to the date of termination.</w:t>
      </w:r>
    </w:p>
    <w:p/>
    <w:p>
      <w:r>
        <w:rPr>
          <w:b/>
          <w:sz w:val="20"/>
        </w:rPr>
        <w:t>Dispute Resolution:</w:t>
      </w:r>
    </w:p>
    <w:p>
      <w:r>
        <w:rPr>
          <w:b w:val="0"/>
          <w:sz w:val="20"/>
        </w:rPr>
        <w:t>Any disputes arising under this Contract shall be resolved first through good faith negotiations between the parties.</w:t>
      </w:r>
    </w:p>
    <w:p>
      <w:r>
        <w:rPr>
          <w:b w:val="0"/>
          <w:sz w:val="20"/>
        </w:rPr>
        <w:t>If unresolved, disputes shall be submitted to mediation before a mutually agreed mediator.</w:t>
      </w:r>
    </w:p>
    <w:p>
      <w:r>
        <w:rPr>
          <w:b w:val="0"/>
          <w:sz w:val="20"/>
        </w:rPr>
        <w:t>If mediation fails, disputes shall be settled by binding arbitration in accordance with the rules of the American Arbitration Association.</w:t>
      </w:r>
    </w:p>
    <w:p/>
    <w:p>
      <w:r>
        <w:rPr>
          <w:b/>
          <w:sz w:val="20"/>
        </w:rPr>
        <w:t>Governing Law:</w:t>
      </w:r>
    </w:p>
    <w:p>
      <w:r>
        <w:rPr>
          <w:b w:val="0"/>
          <w:sz w:val="20"/>
        </w:rPr>
        <w:t>This Contract shall be governed by and construed in accordance with the laws of the State where the property is located, without regard to conflicts of laws principles.</w:t>
      </w:r>
    </w:p>
    <w:p/>
    <w:p>
      <w:r>
        <w:rPr>
          <w:b/>
          <w:sz w:val="20"/>
        </w:rPr>
        <w:t>Entire Agreement:</w:t>
      </w:r>
    </w:p>
    <w:p>
      <w:r>
        <w:rPr>
          <w:b w:val="0"/>
          <w:sz w:val="20"/>
        </w:rPr>
        <w:t>This Contract, including all attachments and Change Orders, constitutes the entire agreement between the parties and supersedes all prior negotiations, representations, or agreements, whether written or oral.</w:t>
      </w:r>
    </w:p>
    <w:p/>
    <w:p>
      <w:r>
        <w:rPr>
          <w:b/>
          <w:sz w:val="20"/>
        </w:rPr>
        <w:t>Severability:</w:t>
      </w:r>
    </w:p>
    <w:p>
      <w:r>
        <w:rPr>
          <w:b w:val="0"/>
          <w:sz w:val="20"/>
        </w:rPr>
        <w:t>If any provision of this Contract is held invalid or unenforceable, the remainder of the Contract shall remain in full force and effect.</w:t>
      </w:r>
    </w:p>
    <w:p/>
    <w:p>
      <w:r>
        <w:rPr>
          <w:b/>
          <w:sz w:val="20"/>
        </w:rPr>
        <w:t>Notices:</w:t>
      </w:r>
    </w:p>
    <w:p>
      <w:r>
        <w:rPr>
          <w:b w:val="0"/>
          <w:sz w:val="20"/>
        </w:rPr>
        <w:t>All notices required or permitted under this Contract shall be in writing and delivered personally, by certified mail, or by email with confirmation, to the addresses provided above.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HOMEOWNER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https://contracttemplate-us.com/home-improvement-remodeling-contract/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home-improvement-remodeling-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