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GENERAL LABOR CONTRACT AGREEMENT</w:t>
      </w:r>
    </w:p>
    <w:p/>
    <w:p>
      <w:r>
        <w:rPr>
          <w:b/>
          <w:sz w:val="20"/>
        </w:rPr>
        <w:t>This Labor Contract Agreement ("Agreement") is entered into by and between:</w:t>
      </w:r>
    </w:p>
    <w:p>
      <w:r>
        <w:rPr>
          <w:b w:val="0"/>
          <w:sz w:val="20"/>
        </w:rPr>
        <w:t>Employer Name: __________________________________________________________</w:t>
      </w:r>
    </w:p>
    <w:p>
      <w:r>
        <w:rPr>
          <w:b w:val="0"/>
          <w:sz w:val="20"/>
        </w:rPr>
        <w:t>Employer Address: _______________________________________________________</w:t>
      </w:r>
    </w:p>
    <w:p>
      <w:r>
        <w:rPr>
          <w:b w:val="0"/>
          <w:sz w:val="20"/>
        </w:rPr>
        <w:t>Employer Phone: _________________________________________________________</w:t>
      </w:r>
    </w:p>
    <w:p>
      <w:r>
        <w:rPr>
          <w:b w:val="0"/>
          <w:sz w:val="20"/>
        </w:rPr>
        <w:t>Employer Email: _________________________________________________________</w:t>
      </w:r>
    </w:p>
    <w:p/>
    <w:p>
      <w:pPr>
        <w:jc w:val="center"/>
      </w:pPr>
      <w:r>
        <w:rPr>
          <w:b w:val="0"/>
          <w:sz w:val="20"/>
        </w:rPr>
        <w:t>and</w:t>
      </w:r>
    </w:p>
    <w:p/>
    <w:p>
      <w:r>
        <w:rPr>
          <w:b w:val="0"/>
          <w:sz w:val="20"/>
        </w:rPr>
        <w:t>Employee Name: __________________________________________________________</w:t>
      </w:r>
    </w:p>
    <w:p>
      <w:r>
        <w:rPr>
          <w:b w:val="0"/>
          <w:sz w:val="20"/>
        </w:rPr>
        <w:t>Employee Address: _______________________________________________________</w:t>
      </w:r>
    </w:p>
    <w:p>
      <w:r>
        <w:rPr>
          <w:b w:val="0"/>
          <w:sz w:val="20"/>
        </w:rPr>
        <w:t>Employee Phone: _________________________________________________________</w:t>
      </w:r>
    </w:p>
    <w:p>
      <w:r>
        <w:rPr>
          <w:b w:val="0"/>
          <w:sz w:val="20"/>
        </w:rPr>
        <w:t>Employee Email: 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the Employer desires to employ the Employee and the Employee desires to accept employment under the terms and conditions set forth herein;</w:t>
      </w:r>
    </w:p>
    <w:p>
      <w:r>
        <w:rPr>
          <w:b w:val="0"/>
          <w:sz w:val="20"/>
        </w:rPr>
        <w:t>NOW, THEREFORE, in consideration of the mutual promises and covenants contained herein, the parties agree as follows:</w:t>
      </w:r>
    </w:p>
    <w:p/>
    <w:p>
      <w:r>
        <w:rPr>
          <w:b/>
          <w:sz w:val="20"/>
        </w:rPr>
        <w:t>1. Employment</w:t>
      </w:r>
    </w:p>
    <w:p>
      <w:r>
        <w:rPr>
          <w:b w:val="0"/>
          <w:sz w:val="20"/>
        </w:rPr>
        <w:t>The Employer hereby employs the Employee, and the Employee accepts employment, as a(n) _______________________________ (Job Title) pursuant to the terms of this Agreement.</w:t>
      </w:r>
    </w:p>
    <w:p/>
    <w:p>
      <w:r>
        <w:rPr>
          <w:b/>
          <w:sz w:val="20"/>
        </w:rPr>
        <w:t>2. Term of Employment</w:t>
      </w:r>
    </w:p>
    <w:p>
      <w:r>
        <w:rPr>
          <w:b w:val="0"/>
          <w:sz w:val="20"/>
        </w:rPr>
        <w:t>The employment relationship shall commence on _______________________________ and shall continue until terminated by either party in accordance with this Agreement.</w:t>
      </w:r>
    </w:p>
    <w:p/>
    <w:p>
      <w:r>
        <w:rPr>
          <w:b/>
          <w:sz w:val="20"/>
        </w:rPr>
        <w:t>3. Duties and Responsibilities</w:t>
      </w:r>
    </w:p>
    <w:p>
      <w:r>
        <w:rPr>
          <w:b w:val="0"/>
          <w:sz w:val="20"/>
        </w:rPr>
        <w:t>The Employee agrees to perform all duties as assigned by the Employer, including but not limited to:</w:t>
      </w:r>
    </w:p>
    <w:p>
      <w:r>
        <w:rPr>
          <w:b w:val="0"/>
          <w:sz w:val="20"/>
        </w:rPr>
        <w:t>- ____________________________________________________________</w:t>
      </w:r>
    </w:p>
    <w:p>
      <w:r>
        <w:rPr>
          <w:b w:val="0"/>
          <w:sz w:val="20"/>
        </w:rPr>
        <w:t>- ____________________________________________________________</w:t>
      </w:r>
    </w:p>
    <w:p>
      <w:r>
        <w:rPr>
          <w:b w:val="0"/>
          <w:sz w:val="20"/>
        </w:rPr>
        <w:t>- ____________________________________________________________</w:t>
      </w:r>
    </w:p>
    <w:p>
      <w:r>
        <w:rPr>
          <w:b w:val="0"/>
          <w:sz w:val="20"/>
        </w:rPr>
        <w:t>The Employee shall comply with all lawful policies, procedures, and directives issued by the Employer.</w:t>
      </w:r>
    </w:p>
    <w:p/>
    <w:p>
      <w:r>
        <w:rPr>
          <w:b/>
          <w:sz w:val="20"/>
        </w:rPr>
        <w:t>4. Work Schedule</w:t>
      </w:r>
    </w:p>
    <w:p>
      <w:r>
        <w:rPr>
          <w:b w:val="0"/>
          <w:sz w:val="20"/>
        </w:rPr>
        <w:t>The Employee shall work the following schedule:</w:t>
      </w:r>
    </w:p>
    <w:p>
      <w:r>
        <w:rPr>
          <w:b w:val="0"/>
          <w:sz w:val="20"/>
        </w:rPr>
        <w:t>Days: __________________________________________________________</w:t>
      </w:r>
    </w:p>
    <w:p>
      <w:r>
        <w:rPr>
          <w:b w:val="0"/>
          <w:sz w:val="20"/>
        </w:rPr>
        <w:t>Hours: _________________________________________________________</w:t>
      </w:r>
    </w:p>
    <w:p>
      <w:r>
        <w:rPr>
          <w:b w:val="0"/>
          <w:sz w:val="20"/>
        </w:rPr>
        <w:t>The Employer reserves the right to modify the work schedule upon reasonable notice.</w:t>
      </w:r>
    </w:p>
    <w:p/>
    <w:p>
      <w:r>
        <w:rPr>
          <w:b/>
          <w:sz w:val="20"/>
        </w:rPr>
        <w:t>5. Compensation</w:t>
      </w:r>
    </w:p>
    <w:p>
      <w:r>
        <w:rPr>
          <w:b w:val="0"/>
          <w:sz w:val="20"/>
        </w:rPr>
        <w:t>The Employee shall be compensated at the rate of $____________ per ________________ (hour, week, month, etc.).</w:t>
      </w:r>
    </w:p>
    <w:p>
      <w:r>
        <w:rPr>
          <w:b w:val="0"/>
          <w:sz w:val="20"/>
        </w:rPr>
        <w:t>Payments will be made on a ____________________ basis, subject to applicable taxes and withholdings.</w:t>
      </w:r>
    </w:p>
    <w:p/>
    <w:p>
      <w:r>
        <w:rPr>
          <w:b/>
          <w:sz w:val="20"/>
        </w:rPr>
        <w:t>6. Benefits</w:t>
      </w:r>
    </w:p>
    <w:p>
      <w:r>
        <w:rPr>
          <w:b w:val="0"/>
          <w:sz w:val="20"/>
        </w:rPr>
        <w:t>The Employee shall be entitled to the following benefits, subject to eligibility and Employer policies:</w:t>
      </w:r>
    </w:p>
    <w:p>
      <w:r>
        <w:rPr>
          <w:b w:val="0"/>
          <w:sz w:val="20"/>
        </w:rPr>
        <w:t>- Health Insurance: __________________________________________</w:t>
      </w:r>
    </w:p>
    <w:p>
      <w:r>
        <w:rPr>
          <w:b w:val="0"/>
          <w:sz w:val="20"/>
        </w:rPr>
        <w:t>- Paid Time Off (PTO): ______________________________________</w:t>
      </w:r>
    </w:p>
    <w:p>
      <w:r>
        <w:rPr>
          <w:b w:val="0"/>
          <w:sz w:val="20"/>
        </w:rPr>
        <w:t>- Retirement Plan: __________________________________________</w:t>
      </w:r>
    </w:p>
    <w:p>
      <w:r>
        <w:rPr>
          <w:b w:val="0"/>
          <w:sz w:val="20"/>
        </w:rPr>
        <w:t>- Other Benefits: ___________________________________________</w:t>
      </w:r>
    </w:p>
    <w:p>
      <w:r>
        <w:rPr>
          <w:b w:val="0"/>
          <w:sz w:val="20"/>
        </w:rPr>
        <w:t>Benefits may be modified or terminated by the Employer at its discretion in accordance with applicable law.</w:t>
      </w:r>
    </w:p>
    <w:p/>
    <w:p>
      <w:r>
        <w:rPr>
          <w:b/>
          <w:sz w:val="20"/>
        </w:rPr>
        <w:t>7. Confidentiality</w:t>
      </w:r>
    </w:p>
    <w:p>
      <w:r>
        <w:rPr>
          <w:b w:val="0"/>
          <w:sz w:val="20"/>
        </w:rPr>
        <w:t>The Employee agrees to maintain the confidentiality of all proprietary, confidential, and trade secret information of the Employer both during and after the term of employment.</w:t>
      </w:r>
    </w:p>
    <w:p>
      <w:r>
        <w:rPr>
          <w:b w:val="0"/>
          <w:sz w:val="20"/>
        </w:rPr>
        <w:t>The Employee shall not disclose such information to any third party without prior written consent of the Employer.</w:t>
      </w:r>
    </w:p>
    <w:p/>
    <w:p>
      <w:r>
        <w:rPr>
          <w:b/>
          <w:sz w:val="20"/>
        </w:rPr>
        <w:t>8. Non-Competition and Non-Solicitation</w:t>
      </w:r>
    </w:p>
    <w:p>
      <w:r>
        <w:rPr>
          <w:b w:val="0"/>
          <w:sz w:val="20"/>
        </w:rPr>
        <w:t>During the term of employment and for a period of ___________________ following termination, the Employee shall not directly or indirectly engage in any business that competes with the Employer within a radius of ______________ miles.</w:t>
      </w:r>
    </w:p>
    <w:p>
      <w:r>
        <w:rPr>
          <w:b w:val="0"/>
          <w:sz w:val="20"/>
        </w:rPr>
        <w:t>The Employee shall not solicit or attempt to solicit any of the Employer’s clients, customers, or employees during this period.</w:t>
      </w:r>
    </w:p>
    <w:p/>
    <w:p>
      <w:r>
        <w:rPr>
          <w:b/>
          <w:sz w:val="20"/>
        </w:rPr>
        <w:t>9. Termination</w:t>
      </w:r>
    </w:p>
    <w:p>
      <w:r>
        <w:rPr>
          <w:b w:val="0"/>
          <w:sz w:val="20"/>
        </w:rPr>
        <w:t>This Agreement may be terminated as follows:</w:t>
      </w:r>
    </w:p>
    <w:p>
      <w:r>
        <w:rPr>
          <w:b w:val="0"/>
          <w:sz w:val="20"/>
        </w:rPr>
        <w:t>- By either party, with or without cause, upon ___________________ notice to the other party.</w:t>
      </w:r>
    </w:p>
    <w:p>
      <w:r>
        <w:rPr>
          <w:b w:val="0"/>
          <w:sz w:val="20"/>
        </w:rPr>
        <w:t>- Immediately by the Employer for cause, including but not limited to gross misconduct, breach of this Agreement, or violation of law.</w:t>
      </w:r>
    </w:p>
    <w:p>
      <w:r>
        <w:rPr>
          <w:b w:val="0"/>
          <w:sz w:val="20"/>
        </w:rPr>
        <w:t>- Automatically upon Employee’s death or incapacity to perform essential job functions.</w:t>
      </w:r>
    </w:p>
    <w:p/>
    <w:p>
      <w:r>
        <w:rPr>
          <w:b/>
          <w:sz w:val="20"/>
        </w:rPr>
        <w:t>10. Return of Property</w:t>
      </w:r>
    </w:p>
    <w:p>
      <w:r>
        <w:rPr>
          <w:b w:val="0"/>
          <w:sz w:val="20"/>
        </w:rPr>
        <w:t>Upon termination of employment, the Employee shall return all Employer property, including documents, equipment, keys, and any other materials belonging to the Employer.</w:t>
      </w:r>
    </w:p>
    <w:p/>
    <w:p>
      <w:r>
        <w:rPr>
          <w:b/>
          <w:sz w:val="20"/>
        </w:rPr>
        <w:t>11. Governing Law</w:t>
      </w:r>
    </w:p>
    <w:p>
      <w:r>
        <w:rPr>
          <w:b w:val="0"/>
          <w:sz w:val="20"/>
        </w:rPr>
        <w:t>This Agreement shall be governed by and construed in accordance with the laws of the State of __________________, without regard to its conflict of laws principles.</w:t>
      </w:r>
    </w:p>
    <w:p/>
    <w:p>
      <w:r>
        <w:rPr>
          <w:b/>
          <w:sz w:val="20"/>
        </w:rPr>
        <w:t>12. Dispute Resolution</w:t>
      </w:r>
    </w:p>
    <w:p>
      <w:r>
        <w:rPr>
          <w:b w:val="0"/>
          <w:sz w:val="20"/>
        </w:rPr>
        <w:t>Any dispute arising out of or related to this Agreement shall be resolved as follows:</w:t>
      </w:r>
    </w:p>
    <w:p>
      <w:r>
        <w:rPr>
          <w:b w:val="0"/>
          <w:sz w:val="20"/>
        </w:rPr>
        <w:t>- The parties shall first attempt to resolve the dispute through good faith negotiation.</w:t>
      </w:r>
    </w:p>
    <w:p>
      <w:r>
        <w:rPr>
          <w:b w:val="0"/>
          <w:sz w:val="20"/>
        </w:rPr>
        <w:t>- If unresolved, the dispute shall be submitted to mediation under rules agreed upon by the parties.</w:t>
      </w:r>
    </w:p>
    <w:p>
      <w:r>
        <w:rPr>
          <w:b w:val="0"/>
          <w:sz w:val="20"/>
        </w:rPr>
        <w:t>- If mediation fails, the dispute shall be finally resolved by binding arbitration in accordance with the rules of the American Arbitration Association.</w:t>
      </w:r>
    </w:p>
    <w:p/>
    <w:p>
      <w:r>
        <w:rPr>
          <w:b/>
          <w:sz w:val="20"/>
        </w:rPr>
        <w:t>13. Entire Agreement</w:t>
      </w:r>
    </w:p>
    <w:p>
      <w:r>
        <w:rPr>
          <w:b w:val="0"/>
          <w:sz w:val="20"/>
        </w:rPr>
        <w:t>This Agreement contains the entire understanding of the parties with respect to the subject matter hereof and supersedes all prior agreements and understandings, whether oral or written.</w:t>
      </w:r>
    </w:p>
    <w:p/>
    <w:p>
      <w:r>
        <w:rPr>
          <w:b/>
          <w:sz w:val="20"/>
        </w:rPr>
        <w:t>14. Amendments</w:t>
      </w:r>
    </w:p>
    <w:p>
      <w:r>
        <w:rPr>
          <w:b w:val="0"/>
          <w:sz w:val="20"/>
        </w:rPr>
        <w:t>Any amendments or modifications to this Agreement must be in writing and signed by both parties.</w:t>
      </w:r>
    </w:p>
    <w:p/>
    <w:p>
      <w:r>
        <w:rPr>
          <w:b/>
          <w:sz w:val="20"/>
        </w:rPr>
        <w:t>15. Severability</w:t>
      </w:r>
    </w:p>
    <w:p>
      <w:r>
        <w:rPr>
          <w:b w:val="0"/>
          <w:sz w:val="20"/>
        </w:rPr>
        <w:t>If any provision of this Agreement is found to be invalid or unenforceable, the remainder of this Agreement shall remain in full force and effect.</w:t>
      </w:r>
    </w:p>
    <w:p/>
    <w:p>
      <w:r>
        <w:rPr>
          <w:b/>
          <w:sz w:val="20"/>
        </w:rPr>
        <w:t>16. Waiver</w:t>
      </w:r>
    </w:p>
    <w:p>
      <w:r>
        <w:rPr>
          <w:b w:val="0"/>
          <w:sz w:val="20"/>
        </w:rPr>
        <w:t>Failure by either party to enforce any provision of this Agreement shall not be construed as a waiver of that provision or any other provision.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https://contracttemplate-us.com/general-labor-contract/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template-us.com/general-labor-contract/" TargetMode="External"/><Relationship Id="rId10" Type="http://schemas.openxmlformats.org/officeDocument/2006/relationships/hyperlink" Target="https://contract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