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FOOD SERVICE AGREEMENT</w:t>
      </w:r>
    </w:p>
    <w:p/>
    <w:p>
      <w:r>
        <w:rPr>
          <w:b/>
          <w:sz w:val="20"/>
        </w:rPr>
        <w:t>This Food Service Agreement ("Agreement") is entered into by and between the following parties:</w:t>
      </w:r>
    </w:p>
    <w:p/>
    <w:p>
      <w:r>
        <w:rPr>
          <w:b/>
          <w:sz w:val="20"/>
        </w:rPr>
        <w:t>Service Provider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is engaged in the business of providing food services;</w:t>
      </w:r>
    </w:p>
    <w:p>
      <w:r>
        <w:rPr>
          <w:b w:val="0"/>
          <w:sz w:val="20"/>
        </w:rPr>
        <w:t>WHEREAS, the Client desires to contract the Service Provider to provide such food services under the terms and conditions set forth herein;</w:t>
      </w:r>
    </w:p>
    <w:p>
      <w:r>
        <w:rPr>
          <w:b w:val="0"/>
          <w:sz w:val="20"/>
        </w:rPr>
        <w:t>NOW, THEREFORE, in consideration of the mutual promises and covenants contained herein, the parties agree as follows:</w:t>
      </w:r>
    </w:p>
    <w:p/>
    <w:p>
      <w:r>
        <w:rPr>
          <w:b/>
          <w:sz w:val="20"/>
        </w:rPr>
        <w:t>1. Scope of Services</w:t>
      </w:r>
    </w:p>
    <w:p>
      <w:r>
        <w:rPr>
          <w:b w:val="0"/>
          <w:sz w:val="20"/>
        </w:rPr>
        <w:t>The Service Provider agrees to provide food and related services as specified in this Agreement, including but not limited to preparation, delivery, and/or service of meals as described:</w:t>
      </w:r>
    </w:p>
    <w:p>
      <w:r>
        <w:rPr>
          <w:b w:val="0"/>
          <w:sz w:val="20"/>
        </w:rPr>
        <w:t>- Type(s) of food services to be provided: ________________________________________________</w:t>
      </w:r>
    </w:p>
    <w:p>
      <w:r>
        <w:rPr>
          <w:b w:val="0"/>
          <w:sz w:val="20"/>
        </w:rPr>
        <w:t>- Location(s) where services will be provided: _____________________________________________</w:t>
      </w:r>
    </w:p>
    <w:p>
      <w:r>
        <w:rPr>
          <w:b w:val="0"/>
          <w:sz w:val="20"/>
        </w:rPr>
        <w:t>- Estimated number of meals/guests served per event/day: ___________________________________</w:t>
      </w:r>
    </w:p>
    <w:p>
      <w:r>
        <w:rPr>
          <w:b w:val="0"/>
          <w:sz w:val="20"/>
        </w:rPr>
        <w:t>- Special dietary accommodations (if any): ________________________________________________</w:t>
      </w:r>
    </w:p>
    <w:p/>
    <w:p>
      <w:r>
        <w:rPr>
          <w:b/>
          <w:sz w:val="20"/>
        </w:rPr>
        <w:t>2. Term</w:t>
      </w:r>
    </w:p>
    <w:p>
      <w:r>
        <w:rPr>
          <w:b w:val="0"/>
          <w:sz w:val="20"/>
        </w:rPr>
        <w:t>This Agreement shall commence on the date of execution by both parties and shall continue in effect until terminated in accordance with the provisions herein.</w:t>
      </w:r>
    </w:p>
    <w:p/>
    <w:p>
      <w:r>
        <w:rPr>
          <w:b/>
          <w:sz w:val="20"/>
        </w:rPr>
        <w:t>3. Compensation and Payment Terms</w:t>
      </w:r>
    </w:p>
    <w:p>
      <w:r>
        <w:rPr>
          <w:b w:val="0"/>
          <w:sz w:val="20"/>
        </w:rPr>
        <w:t>The Client agrees to pay the Service Provider as follows:</w:t>
      </w:r>
    </w:p>
    <w:p>
      <w:r>
        <w:rPr>
          <w:b w:val="0"/>
          <w:sz w:val="20"/>
        </w:rPr>
        <w:t>- Price per meal/service: __________________________ USD</w:t>
      </w:r>
    </w:p>
    <w:p>
      <w:r>
        <w:rPr>
          <w:b w:val="0"/>
          <w:sz w:val="20"/>
        </w:rPr>
        <w:t>- Total estimated amount: __________________________ USD</w:t>
      </w:r>
    </w:p>
    <w:p>
      <w:r>
        <w:rPr>
          <w:b w:val="0"/>
          <w:sz w:val="20"/>
        </w:rPr>
        <w:t>- Payment schedule and method: _________________________________________________</w:t>
      </w:r>
    </w:p>
    <w:p>
      <w:r>
        <w:rPr>
          <w:b w:val="0"/>
          <w:sz w:val="20"/>
        </w:rPr>
        <w:t>- Late payment penalties: ___________________________________________________________</w:t>
      </w:r>
    </w:p>
    <w:p/>
    <w:p>
      <w:r>
        <w:rPr>
          <w:b/>
          <w:sz w:val="20"/>
        </w:rPr>
        <w:t>4. Responsibilities of the Service Provider</w:t>
      </w:r>
    </w:p>
    <w:p>
      <w:r>
        <w:rPr>
          <w:b w:val="0"/>
          <w:sz w:val="20"/>
        </w:rPr>
        <w:t>- Provide food that complies with all applicable federal, state, and local health and safety regulations.</w:t>
      </w:r>
    </w:p>
    <w:p>
      <w:r>
        <w:rPr>
          <w:b w:val="0"/>
          <w:sz w:val="20"/>
        </w:rPr>
        <w:t>- Ensure all personnel involved are properly trained, licensed, and comply with hygiene standards.</w:t>
      </w:r>
    </w:p>
    <w:p>
      <w:r>
        <w:rPr>
          <w:b w:val="0"/>
          <w:sz w:val="20"/>
        </w:rPr>
        <w:t>- Use ingredients that are fresh and appropriately stored.</w:t>
      </w:r>
    </w:p>
    <w:p>
      <w:r>
        <w:rPr>
          <w:b w:val="0"/>
          <w:sz w:val="20"/>
        </w:rPr>
        <w:t>- Maintain the confidentiality of any Client information obtained during the performance of services.</w:t>
      </w:r>
    </w:p>
    <w:p/>
    <w:p>
      <w:r>
        <w:rPr>
          <w:b/>
          <w:sz w:val="20"/>
        </w:rPr>
        <w:t>5. Responsibilities of the Client</w:t>
      </w:r>
    </w:p>
    <w:p>
      <w:r>
        <w:rPr>
          <w:b w:val="0"/>
          <w:sz w:val="20"/>
        </w:rPr>
        <w:t>- Provide access to the premises, utilities, and equipment necessary for the Service Provider to perform services.</w:t>
      </w:r>
    </w:p>
    <w:p>
      <w:r>
        <w:rPr>
          <w:b w:val="0"/>
          <w:sz w:val="20"/>
        </w:rPr>
        <w:t>- Inform the Service Provider of any dietary restrictions or allergies relevant to the service.</w:t>
      </w:r>
    </w:p>
    <w:p>
      <w:r>
        <w:rPr>
          <w:b w:val="0"/>
          <w:sz w:val="20"/>
        </w:rPr>
        <w:t>- Make timely payments as outlined in this Agreement.</w:t>
      </w:r>
    </w:p>
    <w:p>
      <w:r>
        <w:rPr>
          <w:b w:val="0"/>
          <w:sz w:val="20"/>
        </w:rPr>
        <w:t>- Ensure compliance with venue rules and other regulations impacting service delivery.</w:t>
      </w:r>
    </w:p>
    <w:p/>
    <w:p>
      <w:r>
        <w:rPr>
          <w:b/>
          <w:sz w:val="20"/>
        </w:rPr>
        <w:t>6. Food Safety and Compliance</w:t>
      </w:r>
    </w:p>
    <w:p>
      <w:r>
        <w:rPr>
          <w:b w:val="0"/>
          <w:sz w:val="20"/>
        </w:rPr>
        <w:t>The Service Provider warrants that all food products delivered will be safe for consumption, prepared in accordance with all applicable laws and regulations, including but not limited to FDA Food Code, state health department requirements, and OSHA standards.</w:t>
      </w:r>
    </w:p>
    <w:p>
      <w:r>
        <w:rPr>
          <w:b w:val="0"/>
          <w:sz w:val="20"/>
        </w:rPr>
        <w:t>The Service Provider agrees to maintain all necessary permits, licenses, and insurance required to perform the services.</w:t>
      </w:r>
    </w:p>
    <w:p/>
    <w:p>
      <w:r>
        <w:rPr>
          <w:b/>
          <w:sz w:val="20"/>
        </w:rPr>
        <w:t>7. Allergens and Special Diets</w:t>
      </w:r>
    </w:p>
    <w:p>
      <w:r>
        <w:rPr>
          <w:b w:val="0"/>
          <w:sz w:val="20"/>
        </w:rPr>
        <w:t>The Client shall notify the Service Provider in writing of any food allergies or special dietary requirements prior to service. The Service Provider shall make reasonable efforts to accommodate such requirements but shall not be held liable for allergic reactions if such information was not properly disclosed.</w:t>
      </w:r>
    </w:p>
    <w:p/>
    <w:p>
      <w:r>
        <w:rPr>
          <w:b/>
          <w:sz w:val="20"/>
        </w:rPr>
        <w:t>8. Termination</w:t>
      </w:r>
    </w:p>
    <w:p>
      <w:r>
        <w:rPr>
          <w:b w:val="0"/>
          <w:sz w:val="20"/>
        </w:rPr>
        <w:t>Either party may terminate this Agreement for any reason upon providing thirty (30) days written notice to the other party.</w:t>
      </w:r>
    </w:p>
    <w:p>
      <w:r>
        <w:rPr>
          <w:b w:val="0"/>
          <w:sz w:val="20"/>
        </w:rPr>
        <w:t>Termination for cause may occur immediately upon written notice if the other party breaches any material term of this Agreement and fails to cure such breach within ten (10) days of receiving written notice.</w:t>
      </w:r>
    </w:p>
    <w:p>
      <w:r>
        <w:rPr>
          <w:b w:val="0"/>
          <w:sz w:val="20"/>
        </w:rPr>
        <w:t>Upon termination, the Client shall pay for all services performed up to the date of termination.</w:t>
      </w:r>
    </w:p>
    <w:p/>
    <w:p>
      <w:r>
        <w:rPr>
          <w:b/>
          <w:sz w:val="20"/>
        </w:rPr>
        <w:t>9. Indemnification</w:t>
      </w:r>
    </w:p>
    <w:p>
      <w:r>
        <w:rPr>
          <w:b w:val="0"/>
          <w:sz w:val="20"/>
        </w:rPr>
        <w:t>The Service Provider agrees to indemnify, defend, and hold harmless the Client, its officers, employees, and agents from and against any claims, liabilities, damages, losses, or expenses (including reasonable attorneys’ fees) arising out of or resulting from the Service Provider’s performance of services under this Agreement, except to the extent caused by the negligence or willful misconduct of the Client.</w:t>
      </w:r>
    </w:p>
    <w:p>
      <w:r>
        <w:rPr>
          <w:b w:val="0"/>
          <w:sz w:val="20"/>
        </w:rPr>
        <w:t>The Client agrees to indemnify, defend, and hold harmless the Service Provider similarly for claims arising from the Client’s acts or omissions.</w:t>
      </w:r>
    </w:p>
    <w:p/>
    <w:p>
      <w:r>
        <w:rPr>
          <w:b/>
          <w:sz w:val="20"/>
        </w:rPr>
        <w:t>10. Insurance</w:t>
      </w:r>
    </w:p>
    <w:p>
      <w:r>
        <w:rPr>
          <w:b w:val="0"/>
          <w:sz w:val="20"/>
        </w:rPr>
        <w:t>The Service Provider shall maintain, at its own expense, commercial general liability insurance, workers’ compensation insurance, and any other insurance required by law or reasonably necessary to protect against claims arising from the Services.</w:t>
      </w:r>
    </w:p>
    <w:p>
      <w:r>
        <w:rPr>
          <w:b w:val="0"/>
          <w:sz w:val="20"/>
        </w:rPr>
        <w:t>Certificates of insurance shall be provided to the Client upon request.</w:t>
      </w:r>
    </w:p>
    <w:p/>
    <w:p>
      <w:r>
        <w:rPr>
          <w:b/>
          <w:sz w:val="20"/>
        </w:rPr>
        <w:t>11. Confidentiality</w:t>
      </w:r>
    </w:p>
    <w:p>
      <w:r>
        <w:rPr>
          <w:b w:val="0"/>
          <w:sz w:val="20"/>
        </w:rPr>
        <w:t>Both parties agree to keep confidential all proprietary or sensitive information obtained in connection with this Agreement and shall not disclose such information to any third party without prior written consent, except as required by law.</w:t>
      </w:r>
    </w:p>
    <w:p/>
    <w:p>
      <w:r>
        <w:rPr>
          <w:b/>
          <w:sz w:val="20"/>
        </w:rPr>
        <w:t>12. Independent Contractor</w:t>
      </w:r>
    </w:p>
    <w:p>
      <w:r>
        <w:rPr>
          <w:b w:val="0"/>
          <w:sz w:val="20"/>
        </w:rPr>
        <w:t>The Service Provider shall perform the services as an independent contractor and not as an employee or agent of the Client. Nothing in this Agreement shall be construed to create a partnership, joint venture, or employer-employee relationship.</w:t>
      </w:r>
    </w:p>
    <w:p/>
    <w:p>
      <w:r>
        <w:rPr>
          <w:b/>
          <w:sz w:val="20"/>
        </w:rPr>
        <w:t>13. Force Majeure</w:t>
      </w:r>
    </w:p>
    <w:p>
      <w:r>
        <w:rPr>
          <w:b w:val="0"/>
          <w:sz w:val="20"/>
        </w:rPr>
        <w:t>Neither party shall be liable for any failure or delay in performance due to causes beyond its reasonable control, including but not limited to acts of God, war, terrorism, government restrictions, natural disasters, labor disputes, or pandemics. The affected party shall notify the other promptly and use commercially reasonable efforts to resume performance.</w:t>
      </w:r>
    </w:p>
    <w:p/>
    <w:p>
      <w:r>
        <w:rPr>
          <w:b/>
          <w:sz w:val="20"/>
        </w:rPr>
        <w:t>14. Governing Law and Jurisdiction</w:t>
      </w:r>
    </w:p>
    <w:p>
      <w:r>
        <w:rPr>
          <w:b w:val="0"/>
          <w:sz w:val="20"/>
        </w:rPr>
        <w:t>This Agreement shall be governed by and construed in accordance with the laws of the state in which the services are provided, without regard to its conflict of law principles.</w:t>
      </w:r>
    </w:p>
    <w:p>
      <w:r>
        <w:rPr>
          <w:b w:val="0"/>
          <w:sz w:val="20"/>
        </w:rPr>
        <w:t>The parties agree to submit to the exclusive jurisdiction of the state and federal courts located within that state for any disputes arising out of or relating to this Agreement.</w:t>
      </w:r>
    </w:p>
    <w:p/>
    <w:p>
      <w:r>
        <w:rPr>
          <w:b/>
          <w:sz w:val="20"/>
        </w:rPr>
        <w:t>15. Entire Agreement</w:t>
      </w:r>
    </w:p>
    <w:p>
      <w:r>
        <w:rPr>
          <w:b w:val="0"/>
          <w:sz w:val="20"/>
        </w:rPr>
        <w:t>This Agreement constitutes the entire understanding between the parties with respect to the subject matter hereof and supersedes all prior or contemporaneous agreements, representations, and understandings, whether oral or written.</w:t>
      </w:r>
    </w:p>
    <w:p>
      <w:r>
        <w:rPr>
          <w:b w:val="0"/>
          <w:sz w:val="20"/>
        </w:rPr>
        <w:t>Any amendments or modifications must be in writing and signed by both parties.</w:t>
      </w:r>
    </w:p>
    <w:p/>
    <w:p>
      <w:r>
        <w:rPr>
          <w:b/>
          <w:sz w:val="20"/>
        </w:rPr>
        <w:t>16. Severability</w:t>
      </w:r>
    </w:p>
    <w:p>
      <w:r>
        <w:rPr>
          <w:b w:val="0"/>
          <w:sz w:val="20"/>
        </w:rPr>
        <w:t>If any provision of this Agreement is held to be invalid or unenforceable by a court of competent jurisdiction, such provision shall be severed, and the remainder of the Agreement shall continue in full force and effect.</w:t>
      </w:r>
    </w:p>
    <w:p/>
    <w:p>
      <w:r>
        <w:rPr>
          <w:b/>
          <w:sz w:val="20"/>
        </w:rPr>
        <w:t>17. Notices</w:t>
      </w:r>
    </w:p>
    <w:p>
      <w:r>
        <w:rPr>
          <w:b w:val="0"/>
          <w:sz w:val="20"/>
        </w:rPr>
        <w:t>All notices or communications required or permitted under this Agreement shall be in writing and shall be deemed given when delivered in person, sent via certified mail, return receipt requested, or by nationally recognized overnight courier service, to the addresses set forth in this Agreement or such other address as either party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https://contracttemplate-us.com/food-service-contract/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food-servic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