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FEE FOR SERVICE AGREEMENT</w:t>
      </w:r>
    </w:p>
    <w:p/>
    <w:p>
      <w:r>
        <w:rPr>
          <w:b/>
          <w:sz w:val="20"/>
        </w:rPr>
        <w:t>This Fee For Service Agreement (the "Agreement") is entered into by and between:</w:t>
      </w:r>
    </w:p>
    <w:p/>
    <w:p>
      <w:r>
        <w:rPr>
          <w:b/>
          <w:sz w:val="20"/>
        </w:rPr>
        <w:t>Service Provider Information:</w:t>
      </w:r>
    </w:p>
    <w:p>
      <w:r>
        <w:rPr>
          <w:b w:val="0"/>
          <w:sz w:val="20"/>
        </w:rPr>
        <w:t>Name: _________________________________________________________________</w:t>
      </w:r>
    </w:p>
    <w:p>
      <w:r>
        <w:rPr>
          <w:b w:val="0"/>
          <w:sz w:val="20"/>
        </w:rPr>
        <w:t>Business Name (if applicable): 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Client Information:</w:t>
      </w:r>
    </w:p>
    <w:p>
      <w:r>
        <w:rPr>
          <w:b w:val="0"/>
          <w:sz w:val="20"/>
        </w:rPr>
        <w:t>Name: _________________________________________________________________</w:t>
      </w:r>
    </w:p>
    <w:p>
      <w:r>
        <w:rPr>
          <w:b w:val="0"/>
          <w:sz w:val="20"/>
        </w:rPr>
        <w:t>Business Name (if applicable): 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the Service Provider agrees to perform certain services for the Client as described in this Agreement;</w:t>
      </w:r>
    </w:p>
    <w:p>
      <w:r>
        <w:rPr>
          <w:b w:val="0"/>
          <w:sz w:val="20"/>
        </w:rPr>
        <w:t>WHEREAS, the Client desires to engage the Service Provider to perform such services under the terms and conditions set forth herein;</w:t>
      </w:r>
    </w:p>
    <w:p>
      <w:r>
        <w:rPr>
          <w:b w:val="0"/>
          <w:sz w:val="20"/>
        </w:rPr>
        <w:t>NOW, THEREFORE, in consideration of the mutual covenants and promises contained herein, the parties agree as follows:</w:t>
      </w:r>
    </w:p>
    <w:p/>
    <w:p>
      <w:r>
        <w:rPr>
          <w:b/>
          <w:sz w:val="20"/>
        </w:rPr>
        <w:t>1. Scope of Services</w:t>
      </w:r>
    </w:p>
    <w:p>
      <w:r>
        <w:rPr>
          <w:b w:val="0"/>
          <w:sz w:val="20"/>
        </w:rPr>
        <w:t>The Service Provider shall provide the following services (the "Services") to the Client:</w:t>
      </w:r>
    </w:p>
    <w:p>
      <w:r>
        <w:rPr>
          <w:b w:val="0"/>
          <w:sz w:val="20"/>
        </w:rPr>
        <w:t>______________________________________________________________________</w:t>
      </w:r>
    </w:p>
    <w:p>
      <w:r>
        <w:rPr>
          <w:b w:val="0"/>
          <w:sz w:val="20"/>
        </w:rPr>
        <w:t>______________________________________________________________________</w:t>
      </w:r>
    </w:p>
    <w:p>
      <w:r>
        <w:rPr>
          <w:b w:val="0"/>
          <w:sz w:val="20"/>
        </w:rPr>
        <w:t>The Service Provider shall determine the method, details, and means of performing the Services, except as otherwise agreed.</w:t>
      </w:r>
    </w:p>
    <w:p/>
    <w:p>
      <w:r>
        <w:rPr>
          <w:b/>
          <w:sz w:val="20"/>
        </w:rPr>
        <w:t>2. Payment Terms</w:t>
      </w:r>
    </w:p>
    <w:p>
      <w:r>
        <w:rPr>
          <w:b w:val="0"/>
          <w:sz w:val="20"/>
        </w:rPr>
        <w:t>The Client agrees to pay the Service Provider according to the following terms:</w:t>
      </w:r>
    </w:p>
    <w:p>
      <w:r>
        <w:rPr>
          <w:b w:val="0"/>
          <w:sz w:val="20"/>
        </w:rPr>
        <w:t>Fee Amount: ____________________________________________________________</w:t>
      </w:r>
    </w:p>
    <w:p>
      <w:r>
        <w:rPr>
          <w:b w:val="0"/>
          <w:sz w:val="20"/>
        </w:rPr>
        <w:t>Payment Method: ________________________________________________________</w:t>
      </w:r>
    </w:p>
    <w:p>
      <w:r>
        <w:rPr>
          <w:b w:val="0"/>
          <w:sz w:val="20"/>
        </w:rPr>
        <w:t>Payment Schedule: ______________________________________________________</w:t>
      </w:r>
    </w:p>
    <w:p>
      <w:r>
        <w:rPr>
          <w:b w:val="0"/>
          <w:sz w:val="20"/>
        </w:rPr>
        <w:t>All payments shall be made in United States Dollars (USD) unless otherwise stated.</w:t>
      </w:r>
    </w:p>
    <w:p/>
    <w:p>
      <w:r>
        <w:rPr>
          <w:b/>
          <w:sz w:val="20"/>
        </w:rPr>
        <w:t>3. Term and Termination</w:t>
      </w:r>
    </w:p>
    <w:p>
      <w:r>
        <w:rPr>
          <w:b w:val="0"/>
          <w:sz w:val="20"/>
        </w:rPr>
        <w:t>This Agreement shall commence upon execution by both parties and shall continue until the completion of the Services or termination as provided herein.</w:t>
      </w:r>
    </w:p>
    <w:p>
      <w:r>
        <w:rPr>
          <w:b w:val="0"/>
          <w:sz w:val="20"/>
        </w:rPr>
        <w:t>Either party may terminate this Agreement upon written notice to the other party with a notice period of ______ days.</w:t>
      </w:r>
    </w:p>
    <w:p>
      <w:r>
        <w:rPr>
          <w:b w:val="0"/>
          <w:sz w:val="20"/>
        </w:rPr>
        <w:t>In case of termination, the Client shall pay for all Services performed up to the date of termination.</w:t>
      </w:r>
    </w:p>
    <w:p/>
    <w:p>
      <w:r>
        <w:rPr>
          <w:b/>
          <w:sz w:val="20"/>
        </w:rPr>
        <w:t>4. Independent Contractor</w:t>
      </w:r>
    </w:p>
    <w:p>
      <w:r>
        <w:rPr>
          <w:b w:val="0"/>
          <w:sz w:val="20"/>
        </w:rPr>
        <w:t>Service Provider is an independent contractor and not an employee, agent, or partner of the Client.</w:t>
      </w:r>
    </w:p>
    <w:p>
      <w:r>
        <w:rPr>
          <w:b w:val="0"/>
          <w:sz w:val="20"/>
        </w:rPr>
        <w:t>Service Provider shall have no authority to bind or incur obligations on behalf of the Client.</w:t>
      </w:r>
    </w:p>
    <w:p/>
    <w:p>
      <w:r>
        <w:rPr>
          <w:b/>
          <w:sz w:val="20"/>
        </w:rPr>
        <w:t>5. Confidentiality</w:t>
      </w:r>
    </w:p>
    <w:p>
      <w:r>
        <w:rPr>
          <w:b w:val="0"/>
          <w:sz w:val="20"/>
        </w:rPr>
        <w:t>Each party agrees to maintain the confidentiality of any proprietary or confidential information disclosed during the performance of this Agreement.</w:t>
      </w:r>
    </w:p>
    <w:p>
      <w:r>
        <w:rPr>
          <w:b w:val="0"/>
          <w:sz w:val="20"/>
        </w:rPr>
        <w:t>Confidential Information shall not include information that is publicly known or rightfully received from a third party without obligation of confidentiality.</w:t>
      </w:r>
    </w:p>
    <w:p/>
    <w:p>
      <w:r>
        <w:rPr>
          <w:b/>
          <w:sz w:val="20"/>
        </w:rPr>
        <w:t>6. Intellectual Property</w:t>
      </w:r>
    </w:p>
    <w:p>
      <w:r>
        <w:rPr>
          <w:b w:val="0"/>
          <w:sz w:val="20"/>
        </w:rPr>
        <w:t>Unless otherwise agreed in writing, all intellectual property rights arising from the Services performed hereunder shall belong to the Service Provider.</w:t>
      </w:r>
    </w:p>
    <w:p>
      <w:r>
        <w:rPr>
          <w:b w:val="0"/>
          <w:sz w:val="20"/>
        </w:rPr>
        <w:t>The Client shall be granted a non-exclusive, non-transferable license to use any deliverables for its intended purpose.</w:t>
      </w:r>
    </w:p>
    <w:p/>
    <w:p>
      <w:r>
        <w:rPr>
          <w:b/>
          <w:sz w:val="20"/>
        </w:rPr>
        <w:t>7. Warranties and Representations</w:t>
      </w:r>
    </w:p>
    <w:p>
      <w:r>
        <w:rPr>
          <w:b w:val="0"/>
          <w:sz w:val="20"/>
        </w:rPr>
        <w:t>Each party represents and warrants that it has the power and authority to enter into this Agreement.</w:t>
      </w:r>
    </w:p>
    <w:p>
      <w:r>
        <w:rPr>
          <w:b w:val="0"/>
          <w:sz w:val="20"/>
        </w:rPr>
        <w:t>Service Provider warrants that the Services will be performed in a professional and workmanlike manner in accordance with industry standards.</w:t>
      </w:r>
    </w:p>
    <w:p>
      <w:r>
        <w:rPr>
          <w:b w:val="0"/>
          <w:sz w:val="20"/>
        </w:rPr>
        <w:t>EXCEPT AS EXPRESSLY PROVIDED IN THIS AGREEMENT, SERVICES ARE PROVIDED "AS IS" WITHOUT WARRANTY OF ANY KIND, WHETHER EXPRESS OR IMPLIED.</w:t>
      </w:r>
    </w:p>
    <w:p/>
    <w:p>
      <w:r>
        <w:rPr>
          <w:b/>
          <w:sz w:val="20"/>
        </w:rPr>
        <w:t>8. Limitation of Liability</w:t>
      </w:r>
    </w:p>
    <w:p>
      <w:r>
        <w:rPr>
          <w:b w:val="0"/>
          <w:sz w:val="20"/>
        </w:rPr>
        <w:t>In no event shall either party be liable to the other for any indirect, incidental, consequential, special, or punitive damages arising out of or related to this Agreement.</w:t>
      </w:r>
    </w:p>
    <w:p>
      <w:r>
        <w:rPr>
          <w:b w:val="0"/>
          <w:sz w:val="20"/>
        </w:rPr>
        <w:t>The total liability of either party for any claim arising out of this Agreement shall not exceed the total fees paid by the Client to the Service Provider under this Agreement.</w:t>
      </w:r>
    </w:p>
    <w:p/>
    <w:p>
      <w:r>
        <w:rPr>
          <w:b/>
          <w:sz w:val="20"/>
        </w:rPr>
        <w:t>9. Indemnification</w:t>
      </w:r>
    </w:p>
    <w:p>
      <w:r>
        <w:rPr>
          <w:b w:val="0"/>
          <w:sz w:val="20"/>
        </w:rPr>
        <w:t>Each party agrees to indemnify, defend, and hold harmless the other party from any claims, liabilities, damages, losses, or expenses arising out of the indemnifying party’s breach of this Agreement or negligence.</w:t>
      </w:r>
    </w:p>
    <w:p/>
    <w:p>
      <w:r>
        <w:rPr>
          <w:b/>
          <w:sz w:val="20"/>
        </w:rPr>
        <w:t>10. Governing Law and Dispute Resolution</w:t>
      </w:r>
    </w:p>
    <w:p>
      <w:r>
        <w:rPr>
          <w:b w:val="0"/>
          <w:sz w:val="20"/>
        </w:rPr>
        <w:t>This Agreement shall be governed by and construed in accordance with the laws of the State of ____________________, United States of America, without regard to its conflict of law principles.</w:t>
      </w:r>
    </w:p>
    <w:p>
      <w:r>
        <w:rPr>
          <w:b w:val="0"/>
          <w:sz w:val="20"/>
        </w:rPr>
        <w:t>Any dispute arising out of or relating to this Agreement shall be resolved first through good faith negotiations between the parties.</w:t>
      </w:r>
    </w:p>
    <w:p>
      <w:r>
        <w:rPr>
          <w:b w:val="0"/>
          <w:sz w:val="20"/>
        </w:rPr>
        <w:t>If negotiation fails, disputes shall be resolved by binding arbitration in accordance with the rules of the American Arbitration Association (AAA), with the location to be ____________________.</w:t>
      </w:r>
    </w:p>
    <w:p/>
    <w:p>
      <w:r>
        <w:rPr>
          <w:b/>
          <w:sz w:val="20"/>
        </w:rPr>
        <w:t>11. Force Majeure</w:t>
      </w:r>
    </w:p>
    <w:p>
      <w:r>
        <w:rPr>
          <w:b w:val="0"/>
          <w:sz w:val="20"/>
        </w:rPr>
        <w:t>Neither party shall be liable for failure or delay in performance due to causes beyond its reasonable control, including but not limited to acts of God, natural disasters, war, terrorism, labor disputes, governmental actions, or pandemics.</w:t>
      </w:r>
    </w:p>
    <w:p>
      <w:r>
        <w:rPr>
          <w:b w:val="0"/>
          <w:sz w:val="20"/>
        </w:rPr>
        <w:t>The party affected by force majeure shall notify the other party promptly and use reasonable efforts to resume performance.</w:t>
      </w:r>
    </w:p>
    <w:p/>
    <w:p>
      <w:r>
        <w:rPr>
          <w:b/>
          <w:sz w:val="20"/>
        </w:rPr>
        <w:t>12. Entire Agreement</w:t>
      </w:r>
    </w:p>
    <w:p>
      <w:r>
        <w:rPr>
          <w:b w:val="0"/>
          <w:sz w:val="20"/>
        </w:rPr>
        <w:t>This Agreement constitutes the entire agreement between the parties and supersedes all prior or contemporaneous oral or written agreements, understandings, or representations.</w:t>
      </w:r>
    </w:p>
    <w:p>
      <w:r>
        <w:rPr>
          <w:b w:val="0"/>
          <w:sz w:val="20"/>
        </w:rPr>
        <w:t>Any amendments or modifications must be in writing and signed by both parties.</w:t>
      </w:r>
    </w:p>
    <w:p/>
    <w:p>
      <w:r>
        <w:rPr>
          <w:b/>
          <w:sz w:val="20"/>
        </w:rPr>
        <w:t>13. Severability</w:t>
      </w:r>
    </w:p>
    <w:p>
      <w:r>
        <w:rPr>
          <w:b w:val="0"/>
          <w:sz w:val="20"/>
        </w:rPr>
        <w:t>If any provision of this Agreement is held to be invalid, illegal, or unenforceable, the remaining provisions shall continue in full force and effect.</w:t>
      </w:r>
    </w:p>
    <w:p/>
    <w:p>
      <w:r>
        <w:rPr>
          <w:b/>
          <w:sz w:val="20"/>
        </w:rPr>
        <w:t>14. Notices</w:t>
      </w:r>
    </w:p>
    <w:p>
      <w:r>
        <w:rPr>
          <w:b w:val="0"/>
          <w:sz w:val="20"/>
        </w:rPr>
        <w:t>All notices required or permitted under this Agreement shall be in writing and delivered to the addresses provided above by personal delivery, certified mail, or email with delivery confirmation.</w:t>
      </w:r>
    </w:p>
    <w:p/>
    <w:p/>
    <w:p>
      <w:r>
        <w:rPr>
          <w:b w:val="0"/>
          <w:sz w:val="20"/>
        </w:rPr>
        <w:t>IN WITNESS WHEREOF, the parties have executed this Fee For Service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w:t>
            </w:r>
          </w:p>
        </w:tc>
        <w:tc>
          <w:tcPr>
            <w:tcW w:type="dxa" w:w="4986"/>
            <w:tcBorders>
              <w:top w:val="nil"/>
              <w:left w:val="nil"/>
              <w:bottom w:val="nil"/>
              <w:right w:val="nil"/>
              <w:insideH w:val="nil"/>
              <w:insideV w:val="nil"/>
            </w:tcBorders>
          </w:tcPr>
          <w:p>
            <w:pPr>
              <w:jc w:val="center"/>
            </w:pPr>
            <w:r>
              <w:t>Name: 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https://contracttemplate-us.com/fee-for-service-contract/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fee-for-service-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