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EVENT RENTAL AGREEMENT</w:t>
      </w:r>
    </w:p>
    <w:p/>
    <w:p>
      <w:r>
        <w:rPr>
          <w:b/>
          <w:sz w:val="20"/>
        </w:rPr>
        <w:t>This Event Rental Agreement ("Agreement") is made between the following parties:</w:t>
      </w:r>
    </w:p>
    <w:p>
      <w:r>
        <w:rPr>
          <w:b w:val="0"/>
          <w:sz w:val="20"/>
        </w:rPr>
        <w:t>Lessor (Owner):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/>
    <w:p>
      <w:r>
        <w:rPr>
          <w:b w:val="0"/>
          <w:sz w:val="20"/>
        </w:rPr>
        <w:t>Lessee (Renter): 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/>
    <w:p/>
    <w:p>
      <w:r>
        <w:rPr>
          <w:b/>
          <w:sz w:val="20"/>
        </w:rPr>
        <w:t>RECITALS</w:t>
      </w:r>
    </w:p>
    <w:p>
      <w:r>
        <w:rPr>
          <w:b w:val="0"/>
          <w:sz w:val="20"/>
        </w:rPr>
        <w:t>WHEREAS, Lessor owns the event equipment and/or venue identified herein and agrees to rent it to Lessee under the terms set forth below; and</w:t>
      </w:r>
    </w:p>
    <w:p>
      <w:r>
        <w:rPr>
          <w:b w:val="0"/>
          <w:sz w:val="20"/>
        </w:rPr>
        <w:t>WHEREAS, Lessee desires to rent such equipment and/or venue for an event and agrees to comply with all terms of this Agreement.</w:t>
      </w:r>
    </w:p>
    <w:p/>
    <w:p/>
    <w:p>
      <w:r>
        <w:rPr>
          <w:b/>
          <w:sz w:val="20"/>
        </w:rPr>
        <w:t>1. Description of Rental Property</w:t>
      </w:r>
    </w:p>
    <w:p>
      <w:r>
        <w:rPr>
          <w:b w:val="0"/>
          <w:sz w:val="20"/>
        </w:rPr>
        <w:t>The Lessor agrees to rent the following property to Lessee (check applicable items):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/>
          <w:sz w:val="20"/>
        </w:rPr>
        <w:t>2. Rental Period</w:t>
      </w:r>
    </w:p>
    <w:p>
      <w:r>
        <w:rPr>
          <w:b w:val="0"/>
          <w:sz w:val="20"/>
        </w:rPr>
        <w:t>The rental period shall begin at _______________________ and end at _______________________.</w:t>
      </w:r>
    </w:p>
    <w:p>
      <w:r>
        <w:rPr>
          <w:b w:val="0"/>
          <w:sz w:val="20"/>
        </w:rPr>
        <w:t>Lessee agrees to return the rental property in the same condition as received, normal wear and tear excepted.</w:t>
      </w:r>
    </w:p>
    <w:p/>
    <w:p>
      <w:r>
        <w:rPr>
          <w:b/>
          <w:sz w:val="20"/>
        </w:rPr>
        <w:t>3. Rental Payment</w:t>
      </w:r>
    </w:p>
    <w:p>
      <w:r>
        <w:rPr>
          <w:b w:val="0"/>
          <w:sz w:val="20"/>
        </w:rPr>
        <w:t>Lessee agrees to pay Lessor the total rental fee of $_____________ for the rental period specified above.</w:t>
      </w:r>
    </w:p>
    <w:p>
      <w:r>
        <w:rPr>
          <w:b w:val="0"/>
          <w:sz w:val="20"/>
        </w:rPr>
        <w:t>A security deposit of $_____________ is required and will be refunded upon return of the property in good condition.</w:t>
      </w:r>
    </w:p>
    <w:p>
      <w:r>
        <w:rPr>
          <w:b w:val="0"/>
          <w:sz w:val="20"/>
        </w:rPr>
        <w:t>Payment shall be made as follows: ____________________________________________________________</w:t>
      </w:r>
    </w:p>
    <w:p/>
    <w:p>
      <w:r>
        <w:rPr>
          <w:b/>
          <w:sz w:val="20"/>
        </w:rPr>
        <w:t>4. Use of Property</w:t>
      </w:r>
    </w:p>
    <w:p>
      <w:r>
        <w:rPr>
          <w:b w:val="0"/>
          <w:sz w:val="20"/>
        </w:rPr>
        <w:t>Lessee agrees to use the rental property solely for lawful purposes related to the event described below:</w:t>
      </w:r>
    </w:p>
    <w:p>
      <w:r>
        <w:rPr>
          <w:b w:val="0"/>
          <w:sz w:val="20"/>
        </w:rPr>
        <w:t>Event Description: ____________________________________________________________</w:t>
      </w:r>
    </w:p>
    <w:p>
      <w:r>
        <w:rPr>
          <w:b w:val="0"/>
          <w:sz w:val="20"/>
        </w:rPr>
        <w:t>Event Location: ______________________________________________________________</w:t>
      </w:r>
    </w:p>
    <w:p>
      <w:r>
        <w:rPr>
          <w:b w:val="0"/>
          <w:sz w:val="20"/>
        </w:rPr>
        <w:t>Lessee shall not sublease or allow others to use the rental property without prior written consent of Lessor.</w:t>
      </w:r>
    </w:p>
    <w:p>
      <w:r>
        <w:rPr>
          <w:b w:val="0"/>
          <w:sz w:val="20"/>
        </w:rPr>
        <w:t>Lessee agrees to comply with all applicable laws, ordinances, and regulations during the rental period.</w:t>
      </w:r>
    </w:p>
    <w:p/>
    <w:p>
      <w:r>
        <w:rPr>
          <w:b/>
          <w:sz w:val="20"/>
        </w:rPr>
        <w:t>5. Maintenance and Care</w:t>
      </w:r>
    </w:p>
    <w:p>
      <w:r>
        <w:rPr>
          <w:b w:val="0"/>
          <w:sz w:val="20"/>
        </w:rPr>
        <w:t>Lessee shall maintain the rental property in good condition and shall be responsible for any damage or loss beyond normal wear and tear.</w:t>
      </w:r>
    </w:p>
    <w:p>
      <w:r>
        <w:rPr>
          <w:b w:val="0"/>
          <w:sz w:val="20"/>
        </w:rPr>
        <w:t>Lessee shall notify Lessor immediately of any damage, loss, or malfunction.</w:t>
      </w:r>
    </w:p>
    <w:p/>
    <w:p>
      <w:r>
        <w:rPr>
          <w:b/>
          <w:sz w:val="20"/>
        </w:rPr>
        <w:t>6. Indemnification and Liability</w:t>
      </w:r>
    </w:p>
    <w:p>
      <w:r>
        <w:rPr>
          <w:b w:val="0"/>
          <w:sz w:val="20"/>
        </w:rPr>
        <w:t>Lessee agrees to indemnify, defend, and hold harmless Lessor from any and all claims, damages, losses, liabilities, costs, and expenses arising from Lessee’s use or possession of the rental property.</w:t>
      </w:r>
    </w:p>
    <w:p>
      <w:r>
        <w:rPr>
          <w:b w:val="0"/>
          <w:sz w:val="20"/>
        </w:rPr>
        <w:t>Lessor makes no warranties or guarantees regarding the condition or suitability of the rental property for any purpose.</w:t>
      </w:r>
    </w:p>
    <w:p>
      <w:r>
        <w:rPr>
          <w:b w:val="0"/>
          <w:sz w:val="20"/>
        </w:rPr>
        <w:t>Lessee assumes all risk of injury or damage to persons or property arising from use of the rental property.</w:t>
      </w:r>
    </w:p>
    <w:p/>
    <w:p>
      <w:r>
        <w:rPr>
          <w:b/>
          <w:sz w:val="20"/>
        </w:rPr>
        <w:t>7. Insurance</w:t>
      </w:r>
    </w:p>
    <w:p>
      <w:r>
        <w:rPr>
          <w:b w:val="0"/>
          <w:sz w:val="20"/>
        </w:rPr>
        <w:t>Lessee agrees to maintain appropriate insurance coverage for the rental property and the event, including liability insurance, and shall provide proof of insurance upon request.</w:t>
      </w:r>
    </w:p>
    <w:p/>
    <w:p>
      <w:r>
        <w:rPr>
          <w:b/>
          <w:sz w:val="20"/>
        </w:rPr>
        <w:t>8. Cancellation and Termination</w:t>
      </w:r>
    </w:p>
    <w:p>
      <w:r>
        <w:rPr>
          <w:b w:val="0"/>
          <w:sz w:val="20"/>
        </w:rPr>
        <w:t>Either party may cancel this Agreement by providing written notice to the other party at least __________ days prior to the rental period.</w:t>
      </w:r>
    </w:p>
    <w:p>
      <w:r>
        <w:rPr>
          <w:b w:val="0"/>
          <w:sz w:val="20"/>
        </w:rPr>
        <w:t>In the event of cancellation by Lessee, the security deposit shall be forfeited unless otherwise agreed.</w:t>
      </w:r>
    </w:p>
    <w:p>
      <w:r>
        <w:rPr>
          <w:b w:val="0"/>
          <w:sz w:val="20"/>
        </w:rPr>
        <w:t>Lessor may terminate this Agreement immediately upon breach of any term by Lessee.</w:t>
      </w:r>
    </w:p>
    <w:p/>
    <w:p>
      <w:r>
        <w:rPr>
          <w:b/>
          <w:sz w:val="20"/>
        </w:rPr>
        <w:t>9. Default</w:t>
      </w:r>
    </w:p>
    <w:p>
      <w:r>
        <w:rPr>
          <w:b w:val="0"/>
          <w:sz w:val="20"/>
        </w:rPr>
        <w:t>If Lessee fails to comply with any term of this Agreement, Lessor may repossess the rental property and pursue any remedies available at law or in equity.</w:t>
      </w:r>
    </w:p>
    <w:p/>
    <w:p>
      <w:r>
        <w:rPr>
          <w:b/>
          <w:sz w:val="20"/>
        </w:rPr>
        <w:t>10. Governing Law</w:t>
      </w:r>
    </w:p>
    <w:p>
      <w:r>
        <w:rPr>
          <w:b w:val="0"/>
          <w:sz w:val="20"/>
        </w:rPr>
        <w:t>This Agreement shall be governed by and construed in accordance with the laws of the State of ____________________, United States of America.</w:t>
      </w:r>
    </w:p>
    <w:p/>
    <w:p>
      <w:r>
        <w:rPr>
          <w:b/>
          <w:sz w:val="20"/>
        </w:rPr>
        <w:t>11. Entire Agreement</w:t>
      </w:r>
    </w:p>
    <w:p>
      <w:r>
        <w:rPr>
          <w:b w:val="0"/>
          <w:sz w:val="20"/>
        </w:rPr>
        <w:t>This Agreement constitutes the entire agreement between the parties and supersedes all prior understandings, agreements, or representations.</w:t>
      </w:r>
    </w:p>
    <w:p>
      <w:r>
        <w:rPr>
          <w:b w:val="0"/>
          <w:sz w:val="20"/>
        </w:rPr>
        <w:t>Any amendments must be in writing and signed by both parties.</w:t>
      </w:r>
    </w:p>
    <w:p/>
    <w:p/>
    <w:p>
      <w:r>
        <w:rPr>
          <w:b w:val="0"/>
          <w:sz w:val="20"/>
        </w:rPr>
        <w:t>Place of Agreement Execution: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LESSOR (OWNER)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LESSEE (RENTER)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https://contracttemplate-us.com/event-rental-contract/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contracttemplate-us.com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template-us.com/event-rental-contract/" TargetMode="External"/><Relationship Id="rId10" Type="http://schemas.openxmlformats.org/officeDocument/2006/relationships/hyperlink" Target="https://contract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