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EVENT SERVICES AGREEMENT</w:t>
      </w:r>
    </w:p>
    <w:p/>
    <w:p>
      <w:r>
        <w:rPr>
          <w:b/>
          <w:sz w:val="20"/>
        </w:rPr>
        <w:t>This Event Services Agreement ("Agreement") is made by and between:</w:t>
      </w:r>
    </w:p>
    <w:p>
      <w:r>
        <w:rPr>
          <w:b/>
          <w:sz w:val="20"/>
        </w:rPr>
        <w:t>Service Provider:</w:t>
      </w:r>
    </w:p>
    <w:p>
      <w:r>
        <w:rPr>
          <w:b w:val="0"/>
          <w:sz w:val="20"/>
        </w:rPr>
        <w:t>Name/Company: ____________________________________________________________</w:t>
      </w:r>
    </w:p>
    <w:p>
      <w:r>
        <w:rPr>
          <w:b w:val="0"/>
          <w:sz w:val="20"/>
        </w:rPr>
        <w:t>Address: _________________________________________________________________</w:t>
      </w:r>
    </w:p>
    <w:p>
      <w:r>
        <w:rPr>
          <w:b w:val="0"/>
          <w:sz w:val="20"/>
        </w:rPr>
        <w:t>Email: ___________________________________________________________________</w:t>
      </w:r>
    </w:p>
    <w:p>
      <w:r>
        <w:rPr>
          <w:b w:val="0"/>
          <w:sz w:val="20"/>
        </w:rPr>
        <w:t>Phone: ___________________________________________________________________</w:t>
      </w:r>
    </w:p>
    <w:p/>
    <w:p>
      <w:r>
        <w:rPr>
          <w:b/>
          <w:sz w:val="20"/>
        </w:rPr>
        <w:t>Client:</w:t>
      </w:r>
    </w:p>
    <w:p>
      <w:r>
        <w:rPr>
          <w:b w:val="0"/>
          <w:sz w:val="20"/>
        </w:rPr>
        <w:t>Name/Company: ____________________________________________________________</w:t>
      </w:r>
    </w:p>
    <w:p>
      <w:r>
        <w:rPr>
          <w:b w:val="0"/>
          <w:sz w:val="20"/>
        </w:rPr>
        <w:t>Address: _________________________________________________________________</w:t>
      </w:r>
    </w:p>
    <w:p>
      <w:r>
        <w:rPr>
          <w:b w:val="0"/>
          <w:sz w:val="20"/>
        </w:rPr>
        <w:t>Email: ___________________________________________________________________</w:t>
      </w:r>
    </w:p>
    <w:p>
      <w:r>
        <w:rPr>
          <w:b w:val="0"/>
          <w:sz w:val="20"/>
        </w:rPr>
        <w:t>Phone: ___________________________________________________________________</w:t>
      </w:r>
    </w:p>
    <w:p/>
    <w:p>
      <w:pPr>
        <w:jc w:val="center"/>
      </w:pPr>
      <w:r>
        <w:rPr>
          <w:b/>
          <w:sz w:val="20"/>
        </w:rPr>
        <w:t>RECITALS</w:t>
      </w:r>
    </w:p>
    <w:p>
      <w:r>
        <w:rPr>
          <w:b w:val="0"/>
          <w:sz w:val="20"/>
        </w:rPr>
        <w:t>WHEREAS, the Service Provider is engaged in the business of providing event services;</w:t>
      </w:r>
    </w:p>
    <w:p>
      <w:r>
        <w:rPr>
          <w:b w:val="0"/>
          <w:sz w:val="20"/>
        </w:rPr>
        <w:t>WHEREAS, the Client desires to retain the Service Provider to perform certain event services as set forth herein;</w:t>
      </w:r>
    </w:p>
    <w:p/>
    <w:p>
      <w:r>
        <w:rPr>
          <w:b/>
          <w:sz w:val="20"/>
        </w:rPr>
        <w:t>1. DEFINITIONS</w:t>
      </w:r>
    </w:p>
    <w:p>
      <w:r>
        <w:rPr>
          <w:b w:val="0"/>
          <w:sz w:val="20"/>
        </w:rPr>
        <w:t>For purposes of this Agreement, the following terms shall have the meanings set forth below:</w:t>
      </w:r>
    </w:p>
    <w:p>
      <w:r>
        <w:rPr>
          <w:b w:val="0"/>
          <w:sz w:val="20"/>
        </w:rPr>
        <w:t>“Event” means the event described in Section 2 herein.</w:t>
      </w:r>
    </w:p>
    <w:p>
      <w:r>
        <w:rPr>
          <w:b w:val="0"/>
          <w:sz w:val="20"/>
        </w:rPr>
        <w:t>“Services” means the services to be provided by Service Provider as described in Section 3.</w:t>
      </w:r>
    </w:p>
    <w:p/>
    <w:p>
      <w:r>
        <w:rPr>
          <w:b/>
          <w:sz w:val="20"/>
        </w:rPr>
        <w:t>2. EVENT DESCRIPTION</w:t>
      </w:r>
    </w:p>
    <w:p>
      <w:r>
        <w:rPr>
          <w:b w:val="0"/>
          <w:sz w:val="20"/>
        </w:rPr>
        <w:t>Event Name: _______________________________________________________________</w:t>
      </w:r>
    </w:p>
    <w:p>
      <w:r>
        <w:rPr>
          <w:b w:val="0"/>
          <w:sz w:val="20"/>
        </w:rPr>
        <w:t>Event Date(s): ____________________________________________________________</w:t>
      </w:r>
    </w:p>
    <w:p>
      <w:r>
        <w:rPr>
          <w:b w:val="0"/>
          <w:sz w:val="20"/>
        </w:rPr>
        <w:t>Event Location: ___________________________________________________________</w:t>
      </w:r>
    </w:p>
    <w:p>
      <w:r>
        <w:rPr>
          <w:b w:val="0"/>
          <w:sz w:val="20"/>
        </w:rPr>
        <w:t>Event Timeframe: __________________________________________________________</w:t>
      </w:r>
    </w:p>
    <w:p/>
    <w:p>
      <w:r>
        <w:rPr>
          <w:b/>
          <w:sz w:val="20"/>
        </w:rPr>
        <w:t>3. SCOPE OF SERVICES</w:t>
      </w:r>
    </w:p>
    <w:p>
      <w:r>
        <w:rPr>
          <w:b w:val="0"/>
          <w:sz w:val="20"/>
        </w:rPr>
        <w:t>Service Provider agrees to provide the following services for the Event:</w:t>
      </w:r>
    </w:p>
    <w:p>
      <w:r>
        <w:rPr>
          <w:b w:val="0"/>
          <w:sz w:val="20"/>
        </w:rPr>
        <w:t>- _______________________________________________________________________</w:t>
      </w:r>
    </w:p>
    <w:p>
      <w:r>
        <w:rPr>
          <w:b w:val="0"/>
          <w:sz w:val="20"/>
        </w:rPr>
        <w:t>- _______________________________________________________________________</w:t>
      </w:r>
    </w:p>
    <w:p>
      <w:r>
        <w:rPr>
          <w:b w:val="0"/>
          <w:sz w:val="20"/>
        </w:rPr>
        <w:t>- _______________________________________________________________________</w:t>
      </w:r>
    </w:p>
    <w:p>
      <w:r>
        <w:rPr>
          <w:b w:val="0"/>
          <w:sz w:val="20"/>
        </w:rPr>
        <w:t>Additional services may be added only by written agreement of both parties.</w:t>
      </w:r>
    </w:p>
    <w:p/>
    <w:p>
      <w:r>
        <w:rPr>
          <w:b/>
          <w:sz w:val="20"/>
        </w:rPr>
        <w:t>4. COMPENSATION AND PAYMENT</w:t>
      </w:r>
    </w:p>
    <w:p>
      <w:r>
        <w:rPr>
          <w:b w:val="0"/>
          <w:sz w:val="20"/>
        </w:rPr>
        <w:t>Client agrees to pay Service Provider the total amount of $________________ for the Services described herein.</w:t>
      </w:r>
    </w:p>
    <w:p>
      <w:r>
        <w:rPr>
          <w:b w:val="0"/>
          <w:sz w:val="20"/>
        </w:rPr>
        <w:t>Payment shall be made as follows:</w:t>
      </w:r>
    </w:p>
    <w:p>
      <w:r>
        <w:rPr>
          <w:b w:val="0"/>
          <w:sz w:val="20"/>
        </w:rPr>
        <w:t>- Deposit: $________________ due upon signing this Agreement.</w:t>
      </w:r>
    </w:p>
    <w:p>
      <w:r>
        <w:rPr>
          <w:b w:val="0"/>
          <w:sz w:val="20"/>
        </w:rPr>
        <w:t>- Balance: $________________ due no later than __________________.</w:t>
      </w:r>
    </w:p>
    <w:p>
      <w:r>
        <w:rPr>
          <w:b w:val="0"/>
          <w:sz w:val="20"/>
        </w:rPr>
        <w:t>All payments shall be made by ________________________________ (method).</w:t>
      </w:r>
    </w:p>
    <w:p/>
    <w:p>
      <w:r>
        <w:rPr>
          <w:b/>
          <w:sz w:val="20"/>
        </w:rPr>
        <w:t>5. CANCELLATION AND REFUNDS</w:t>
      </w:r>
    </w:p>
    <w:p>
      <w:r>
        <w:rPr>
          <w:b w:val="0"/>
          <w:sz w:val="20"/>
        </w:rPr>
        <w:t>Client may cancel the Event by providing written notice to Service Provider.</w:t>
      </w:r>
    </w:p>
    <w:p>
      <w:r>
        <w:rPr>
          <w:b w:val="0"/>
          <w:sz w:val="20"/>
        </w:rPr>
        <w:t>Cancellation fees shall be as follows:</w:t>
      </w:r>
    </w:p>
    <w:p>
      <w:r>
        <w:rPr>
          <w:b w:val="0"/>
          <w:sz w:val="20"/>
        </w:rPr>
        <w:t>- Cancellation more than _______ days prior to Event: Deposit refundable less a $________ processing fee.</w:t>
      </w:r>
    </w:p>
    <w:p>
      <w:r>
        <w:rPr>
          <w:b w:val="0"/>
          <w:sz w:val="20"/>
        </w:rPr>
        <w:t>- Cancellation within _______ days of Event: Deposit is non-refundable.</w:t>
      </w:r>
    </w:p>
    <w:p>
      <w:r>
        <w:rPr>
          <w:b w:val="0"/>
          <w:sz w:val="20"/>
        </w:rPr>
        <w:t>Service Provider reserves the right to cancel or reschedule the Event for unforeseen circumstances, providing reasonable notice to Client.</w:t>
      </w:r>
    </w:p>
    <w:p/>
    <w:p>
      <w:r>
        <w:rPr>
          <w:b/>
          <w:sz w:val="20"/>
        </w:rPr>
        <w:t>6. SERVICE PROVIDER OBLIGATIONS</w:t>
      </w:r>
    </w:p>
    <w:p>
      <w:r>
        <w:rPr>
          <w:b w:val="0"/>
          <w:sz w:val="20"/>
        </w:rPr>
        <w:t>Service Provider shall perform the Services in a professional and timely manner, meeting industry standards.</w:t>
      </w:r>
    </w:p>
    <w:p>
      <w:r>
        <w:rPr>
          <w:b w:val="0"/>
          <w:sz w:val="20"/>
        </w:rPr>
        <w:t>Service Provider shall obtain and maintain all necessary licenses, permits, and insurance required to perform the Services.</w:t>
      </w:r>
    </w:p>
    <w:p>
      <w:r>
        <w:rPr>
          <w:b w:val="0"/>
          <w:sz w:val="20"/>
        </w:rPr>
        <w:t>Service Provider is responsible for supervising its employees, agents, and subcontractors.</w:t>
      </w:r>
    </w:p>
    <w:p/>
    <w:p>
      <w:r>
        <w:rPr>
          <w:b/>
          <w:sz w:val="20"/>
        </w:rPr>
        <w:t>7. CLIENT OBLIGATIONS</w:t>
      </w:r>
    </w:p>
    <w:p>
      <w:r>
        <w:rPr>
          <w:b w:val="0"/>
          <w:sz w:val="20"/>
        </w:rPr>
        <w:t>Client shall provide access to the Event location and any necessary facilities required by Service Provider to perform the Services.</w:t>
      </w:r>
    </w:p>
    <w:p>
      <w:r>
        <w:rPr>
          <w:b w:val="0"/>
          <w:sz w:val="20"/>
        </w:rPr>
        <w:t>Client shall obtain all necessary permits and approvals related to the Event, unless otherwise agreed in writing.</w:t>
      </w:r>
    </w:p>
    <w:p>
      <w:r>
        <w:rPr>
          <w:b w:val="0"/>
          <w:sz w:val="20"/>
        </w:rPr>
        <w:t>Client shall comply with all applicable laws, regulations, and venue rules.</w:t>
      </w:r>
    </w:p>
    <w:p/>
    <w:p>
      <w:r>
        <w:rPr>
          <w:b/>
          <w:sz w:val="20"/>
        </w:rPr>
        <w:t>8. INDEMNIFICATION</w:t>
      </w:r>
    </w:p>
    <w:p>
      <w:r>
        <w:rPr>
          <w:b w:val="0"/>
          <w:sz w:val="20"/>
        </w:rPr>
        <w:t>Each party agrees to indemnify, defend, and hold harmless the other party and its officers, directors, employees, agents, and affiliates from and against any and all claims, damages, liabilities, losses, costs, and expenses (including reasonable attorneys’ fees) arising out of or related to the negligence or willful misconduct of the indemnifying party in connection with this Agreement.</w:t>
      </w:r>
    </w:p>
    <w:p/>
    <w:p>
      <w:r>
        <w:rPr>
          <w:b/>
          <w:sz w:val="20"/>
        </w:rPr>
        <w:t>9. LIMITATION OF LIABILITY</w:t>
      </w:r>
    </w:p>
    <w:p>
      <w:r>
        <w:rPr>
          <w:b w:val="0"/>
          <w:sz w:val="20"/>
        </w:rPr>
        <w:t>In no event shall either party be liable to the other for any indirect, incidental, consequential, special, or punitive damages arising out of or related to this Agreement, regardless of the cause of action, even if advised of the possibility of such damages.</w:t>
      </w:r>
    </w:p>
    <w:p>
      <w:r>
        <w:rPr>
          <w:b w:val="0"/>
          <w:sz w:val="20"/>
        </w:rPr>
        <w:t>The total liability of either party under this Agreement shall not exceed the total amount paid by Client to Service Provider.</w:t>
      </w:r>
    </w:p>
    <w:p/>
    <w:p>
      <w:r>
        <w:rPr>
          <w:b/>
          <w:sz w:val="20"/>
        </w:rPr>
        <w:t>10. FORCE MAJEURE</w:t>
      </w:r>
    </w:p>
    <w:p>
      <w:r>
        <w:rPr>
          <w:b w:val="0"/>
          <w:sz w:val="20"/>
        </w:rPr>
        <w:t>Neither party shall be liable for any failure or delay in performing its obligations under this Agreement to the extent such failure or delay is caused by events beyond its reasonable control, including but not limited to acts of God, war, terrorism, governmental actions, labor disputes, or natural disasters.</w:t>
      </w:r>
    </w:p>
    <w:p/>
    <w:p>
      <w:r>
        <w:rPr>
          <w:b/>
          <w:sz w:val="20"/>
        </w:rPr>
        <w:t>11. CONFIDENTIALITY</w:t>
      </w:r>
    </w:p>
    <w:p>
      <w:r>
        <w:rPr>
          <w:b w:val="0"/>
          <w:sz w:val="20"/>
        </w:rPr>
        <w:t>Each party agrees to keep confidential all non-public information disclosed by the other party during the term of this Agreement and to use such information only for the purposes of performing its obligations hereunder.</w:t>
      </w:r>
    </w:p>
    <w:p/>
    <w:p>
      <w:r>
        <w:rPr>
          <w:b/>
          <w:sz w:val="20"/>
        </w:rPr>
        <w:t>12. INTELLECTUAL PROPERTY</w:t>
      </w:r>
    </w:p>
    <w:p>
      <w:r>
        <w:rPr>
          <w:b w:val="0"/>
          <w:sz w:val="20"/>
        </w:rPr>
        <w:t>Any intellectual property created or developed by Service Provider in connection with the Services shall remain the exclusive property of Service Provider unless otherwise agreed in writing.</w:t>
      </w:r>
    </w:p>
    <w:p>
      <w:r>
        <w:rPr>
          <w:b w:val="0"/>
          <w:sz w:val="20"/>
        </w:rPr>
        <w:t>Client is granted a limited, non-exclusive license to use any deliverables solely for the purposes of the Event.</w:t>
      </w:r>
    </w:p>
    <w:p/>
    <w:p>
      <w:r>
        <w:rPr>
          <w:b/>
          <w:sz w:val="20"/>
        </w:rPr>
        <w:t>13. TERM AND TERMINATION</w:t>
      </w:r>
    </w:p>
    <w:p>
      <w:r>
        <w:rPr>
          <w:b w:val="0"/>
          <w:sz w:val="20"/>
        </w:rPr>
        <w:t>This Agreement shall commence upon execution and continue until completion of the Services, unless earlier terminated as provided herein.</w:t>
      </w:r>
    </w:p>
    <w:p>
      <w:r>
        <w:rPr>
          <w:b w:val="0"/>
          <w:sz w:val="20"/>
        </w:rPr>
        <w:t>Either party may terminate this Agreement upon material breach by the other party if such breach is not cured within _______ days after written notice.</w:t>
      </w:r>
    </w:p>
    <w:p>
      <w:r>
        <w:rPr>
          <w:b w:val="0"/>
          <w:sz w:val="20"/>
        </w:rPr>
        <w:t>Termination shall not relieve Client of the obligation to pay for Services performed prior to termination.</w:t>
      </w:r>
    </w:p>
    <w:p/>
    <w:p>
      <w:r>
        <w:rPr>
          <w:b/>
          <w:sz w:val="20"/>
        </w:rPr>
        <w:t>14. NOTICES</w:t>
      </w:r>
    </w:p>
    <w:p>
      <w:r>
        <w:rPr>
          <w:b w:val="0"/>
          <w:sz w:val="20"/>
        </w:rPr>
        <w:t>All notices required or permitted under this Agreement shall be in writing and delivered by hand, certified mail, or email to the addresses set forth in Section 1 or such other address as either party may designate in writing.</w:t>
      </w:r>
    </w:p>
    <w:p/>
    <w:p>
      <w:r>
        <w:rPr>
          <w:b/>
          <w:sz w:val="20"/>
        </w:rPr>
        <w:t>15. GOVERNING LAW AND JURISDICTION</w:t>
      </w:r>
    </w:p>
    <w:p>
      <w:r>
        <w:rPr>
          <w:b w:val="0"/>
          <w:sz w:val="20"/>
        </w:rPr>
        <w:t>This Agreement shall be governed by and construed in accordance with the laws of the State of ___________________, without regard to its conflict of laws principles.</w:t>
      </w:r>
    </w:p>
    <w:p>
      <w:r>
        <w:rPr>
          <w:b w:val="0"/>
          <w:sz w:val="20"/>
        </w:rPr>
        <w:t>Any disputes arising under or in connection with this Agreement shall be resolved exclusively in the state or federal courts located within ___________________ County, State of ___________________.</w:t>
      </w:r>
    </w:p>
    <w:p/>
    <w:p>
      <w:r>
        <w:rPr>
          <w:b/>
          <w:sz w:val="20"/>
        </w:rPr>
        <w:t>16. ENTIRE AGREEMENT</w:t>
      </w:r>
    </w:p>
    <w:p>
      <w:r>
        <w:rPr>
          <w:b w:val="0"/>
          <w:sz w:val="20"/>
        </w:rPr>
        <w:t>This Agreement constitutes the entire understanding between the parties with respect to the subject matter hereof and supersedes all prior agreements, understandings, and representations, whether oral or written.</w:t>
      </w:r>
    </w:p>
    <w:p/>
    <w:p>
      <w:r>
        <w:rPr>
          <w:b/>
          <w:sz w:val="20"/>
        </w:rPr>
        <w:t>17. AMENDMENTS</w:t>
      </w:r>
    </w:p>
    <w:p>
      <w:r>
        <w:rPr>
          <w:b w:val="0"/>
          <w:sz w:val="20"/>
        </w:rPr>
        <w:t>This Agreement may be amended or modified only by a written document signed by both parties.</w:t>
      </w:r>
    </w:p>
    <w:p/>
    <w:p>
      <w:r>
        <w:rPr>
          <w:b/>
          <w:sz w:val="20"/>
        </w:rPr>
        <w:t>18. SEVERABILITY</w:t>
      </w:r>
    </w:p>
    <w:p>
      <w:r>
        <w:rPr>
          <w:b w:val="0"/>
          <w:sz w:val="20"/>
        </w:rPr>
        <w:t>If any provision of this Agreement is held to be invalid, illegal, or unenforceable, the remaining provisions shall continue in full force and effect.</w:t>
      </w:r>
    </w:p>
    <w:p/>
    <w:p>
      <w:r>
        <w:rPr>
          <w:b/>
          <w:sz w:val="20"/>
        </w:rPr>
        <w:t>19. WAIVER</w:t>
      </w:r>
    </w:p>
    <w:p>
      <w:r>
        <w:rPr>
          <w:b w:val="0"/>
          <w:sz w:val="20"/>
        </w:rPr>
        <w:t>The failure of either party to enforce any provision of this Agreement shall not be deemed a waiver of such provision or any other provision herein.</w:t>
      </w:r>
    </w:p>
    <w:p/>
    <w:p>
      <w:r>
        <w:rPr>
          <w:b/>
          <w:sz w:val="20"/>
        </w:rPr>
        <w:t>20.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Signature: 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w:t>
            </w:r>
          </w:p>
        </w:tc>
        <w:tc>
          <w:tcPr>
            <w:tcW w:type="dxa" w:w="4986"/>
            <w:tcBorders>
              <w:top w:val="nil"/>
              <w:left w:val="nil"/>
              <w:bottom w:val="nil"/>
              <w:right w:val="nil"/>
              <w:insideH w:val="nil"/>
              <w:insideV w:val="nil"/>
            </w:tcBorders>
          </w:tcPr>
          <w:p>
            <w:pPr>
              <w:jc w:val="center"/>
            </w:pPr>
            <w:r>
              <w:t>Name &amp; Title: 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https://contracttemplate-us.com/event-contract/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event-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