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ELEMENTARY BEHAVIOR CONTRACT</w:t>
      </w:r>
    </w:p>
    <w:p/>
    <w:p/>
    <w:p>
      <w:r>
        <w:rPr>
          <w:b/>
          <w:sz w:val="20"/>
        </w:rPr>
        <w:t>This Behavior Contract is entered into between the Student and the School to promote positive behavior and academic success.</w:t>
      </w:r>
    </w:p>
    <w:p/>
    <w:p>
      <w:r>
        <w:rPr>
          <w:b/>
          <w:sz w:val="20"/>
        </w:rPr>
        <w:t>Student Information:</w:t>
      </w:r>
    </w:p>
    <w:p>
      <w:r>
        <w:rPr>
          <w:b w:val="0"/>
          <w:sz w:val="20"/>
        </w:rPr>
        <w:t>Full Name: ____________________________________________________________</w:t>
      </w:r>
    </w:p>
    <w:p>
      <w:r>
        <w:rPr>
          <w:b w:val="0"/>
          <w:sz w:val="20"/>
        </w:rPr>
        <w:t>Grade: ___________________    Teacher: ________________________________</w:t>
      </w:r>
    </w:p>
    <w:p>
      <w:r>
        <w:rPr>
          <w:b w:val="0"/>
          <w:sz w:val="20"/>
        </w:rPr>
        <w:t>Parent/Guardian Name(s): ______________________________________________</w:t>
      </w:r>
    </w:p>
    <w:p>
      <w:r>
        <w:rPr>
          <w:b w:val="0"/>
          <w:sz w:val="20"/>
        </w:rPr>
        <w:t>Contact Phone Number(s): ______________________________________________</w:t>
      </w:r>
    </w:p>
    <w:p/>
    <w:p>
      <w:r>
        <w:rPr>
          <w:b/>
          <w:sz w:val="20"/>
        </w:rPr>
        <w:t>Purpose:</w:t>
      </w:r>
    </w:p>
    <w:p>
      <w:r>
        <w:rPr>
          <w:b w:val="0"/>
          <w:sz w:val="20"/>
        </w:rPr>
        <w:t>This contract is designed to support the Student in maintaining appropriate behavior and meeting expectations within the school environment. It outlines responsibilities, goals, and consequences to encourage positive conduct and academic achievement.</w:t>
      </w:r>
    </w:p>
    <w:p/>
    <w:p>
      <w:r>
        <w:rPr>
          <w:b/>
          <w:sz w:val="20"/>
        </w:rPr>
        <w:t>Behavioral Expectations:</w:t>
      </w:r>
    </w:p>
    <w:p>
      <w:r>
        <w:rPr>
          <w:b w:val="0"/>
          <w:sz w:val="20"/>
        </w:rPr>
        <w:t>The Student agrees to:</w:t>
      </w:r>
    </w:p>
    <w:p>
      <w:pPr>
        <w:ind w:left="397"/>
      </w:pPr>
      <w:r>
        <w:t>• Attend school regularly and arrive on time.</w:t>
        <w:br/>
      </w:r>
      <w:r>
        <w:t>• Follow all classroom and school rules.</w:t>
        <w:br/>
      </w:r>
      <w:r>
        <w:t>• Respect teachers, staff, classmates, and school property.</w:t>
        <w:br/>
      </w:r>
      <w:r>
        <w:t>• Complete all assignments and homework on time.</w:t>
        <w:br/>
      </w:r>
      <w:r>
        <w:t>• Participate actively and positively in class activities.</w:t>
        <w:br/>
      </w:r>
      <w:r>
        <w:t>• Ask for help when needed and communicate any problems.</w:t>
        <w:br/>
      </w:r>
      <w:r>
        <w:t>• Refrain from disruptive behavior, bullying, or harassment.</w:t>
        <w:br/>
      </w:r>
      <w:r>
        <w:t>• Use appropriate language and tone at all times.</w:t>
        <w:br/>
      </w:r>
    </w:p>
    <w:p/>
    <w:p>
      <w:r>
        <w:rPr>
          <w:b/>
          <w:sz w:val="20"/>
        </w:rPr>
        <w:t>Roles and Responsibilities:</w:t>
      </w:r>
    </w:p>
    <w:p>
      <w:r>
        <w:rPr>
          <w:b/>
          <w:sz w:val="20"/>
        </w:rPr>
        <w:t>Student Responsibilities:</w:t>
      </w:r>
    </w:p>
    <w:p>
      <w:pPr>
        <w:ind w:left="397"/>
      </w:pPr>
      <w:r>
        <w:t>• Strive to meet behavioral expectations listed above.</w:t>
        <w:br/>
      </w:r>
      <w:r>
        <w:t>• Be honest and take responsibility for actions.</w:t>
        <w:br/>
      </w:r>
      <w:r>
        <w:t>• Communicate respectfully with teachers and staff.</w:t>
        <w:br/>
      </w:r>
      <w:r>
        <w:t>• Work cooperatively with peers.</w:t>
        <w:br/>
      </w:r>
      <w:r>
        <w:t>• Seek assistance proactively if struggling academically or behaviorally.</w:t>
        <w:br/>
      </w:r>
    </w:p>
    <w:p/>
    <w:p>
      <w:r>
        <w:rPr>
          <w:b/>
          <w:sz w:val="20"/>
        </w:rPr>
        <w:t>Parent/Guardian Responsibilities:</w:t>
      </w:r>
    </w:p>
    <w:p>
      <w:pPr>
        <w:ind w:left="397"/>
      </w:pPr>
      <w:r>
        <w:t>• Support the Student in meeting the terms of this contract.</w:t>
        <w:br/>
      </w:r>
      <w:r>
        <w:t>• Maintain open communication with the school and teachers.</w:t>
        <w:br/>
      </w:r>
      <w:r>
        <w:t>• Encourage regular school attendance and promptness.</w:t>
        <w:br/>
      </w:r>
      <w:r>
        <w:t>• Help establish a positive homework and study routine.</w:t>
        <w:br/>
      </w:r>
      <w:r>
        <w:t>• Reinforce appropriate behavior and consequences at home.</w:t>
        <w:br/>
      </w:r>
    </w:p>
    <w:p/>
    <w:p>
      <w:r>
        <w:rPr>
          <w:b/>
          <w:sz w:val="20"/>
        </w:rPr>
        <w:t>School Responsibilities:</w:t>
      </w:r>
    </w:p>
    <w:p>
      <w:pPr>
        <w:ind w:left="397"/>
      </w:pPr>
      <w:r>
        <w:t>• Provide a safe, respectful, and supportive learning environment.</w:t>
        <w:br/>
      </w:r>
      <w:r>
        <w:t>• Communicate clearly and consistently about expectations and progress.</w:t>
        <w:br/>
      </w:r>
      <w:r>
        <w:t>• Offer appropriate interventions and support services as needed.</w:t>
        <w:br/>
      </w:r>
      <w:r>
        <w:t>• Enforce school rules and policies fairly and consistently.</w:t>
        <w:br/>
      </w:r>
      <w:r>
        <w:t>• Collaborate with parents/guardians and the Student to promote success.</w:t>
        <w:br/>
      </w:r>
    </w:p>
    <w:p/>
    <w:p>
      <w:r>
        <w:rPr>
          <w:b/>
          <w:sz w:val="20"/>
        </w:rPr>
        <w:t>Goals:</w:t>
      </w:r>
    </w:p>
    <w:p>
      <w:pPr>
        <w:ind w:left="397"/>
      </w:pPr>
      <w:r>
        <w:t>• Improve classroom behavior and participation.</w:t>
        <w:br/>
      </w:r>
      <w:r>
        <w:t>• Increase on-time attendance to school and classes.</w:t>
        <w:br/>
      </w:r>
      <w:r>
        <w:t>• Complete assignments and homework consistently and on time.</w:t>
        <w:br/>
      </w:r>
      <w:r>
        <w:t>• Reduce incidents of disruptive behavior or rule violations.</w:t>
        <w:br/>
      </w:r>
      <w:r>
        <w:t>• Build positive relationships with peers and school staff.</w:t>
        <w:br/>
      </w:r>
    </w:p>
    <w:p/>
    <w:p>
      <w:r>
        <w:rPr>
          <w:b/>
          <w:sz w:val="20"/>
        </w:rPr>
        <w:t>Monitoring and Review:</w:t>
      </w:r>
    </w:p>
    <w:p>
      <w:r>
        <w:rPr>
          <w:b w:val="0"/>
          <w:sz w:val="20"/>
        </w:rPr>
        <w:t>The Student's behavior and progress under this contract will be reviewed regularly by the teacher and/or school counselor. Parents/guardians will be kept informed and involved in discussions regarding improvements or concerns.</w:t>
      </w:r>
    </w:p>
    <w:p/>
    <w:p>
      <w:r>
        <w:rPr>
          <w:b/>
          <w:sz w:val="20"/>
        </w:rPr>
        <w:t>Consequences for Non-Compliance:</w:t>
      </w:r>
    </w:p>
    <w:p>
      <w:r>
        <w:rPr>
          <w:b w:val="0"/>
          <w:sz w:val="20"/>
        </w:rPr>
        <w:t>Failure to meet the terms of this contract may result in disciplinary actions in accordance with the school’s policies, which may include but are not limited to verbal warnings, loss of privileges, detention, parent meetings, and in serious or repeated cases, suspension.</w:t>
      </w:r>
    </w:p>
    <w:p/>
    <w:p>
      <w:r>
        <w:rPr>
          <w:b/>
          <w:sz w:val="20"/>
        </w:rPr>
        <w:t>Incentives and Positive Reinforcement:</w:t>
      </w:r>
    </w:p>
    <w:p>
      <w:r>
        <w:rPr>
          <w:b w:val="0"/>
          <w:sz w:val="20"/>
        </w:rPr>
        <w:t>The School and Parents/Guardians agree to encourage and acknowledge the Student's positive behavior and achievements through praise, rewards, and other appropriate incentives.</w:t>
      </w:r>
    </w:p>
    <w:p/>
    <w:p>
      <w:r>
        <w:rPr>
          <w:b/>
          <w:sz w:val="20"/>
        </w:rPr>
        <w:t>Confidentiality and Legal Compliance:</w:t>
      </w:r>
    </w:p>
    <w:p>
      <w:r>
        <w:rPr>
          <w:b w:val="0"/>
          <w:sz w:val="20"/>
        </w:rPr>
        <w:t>All parties agree to respect the confidentiality of the Student’s information and records. This contract complies with all applicable United States federal and state laws related to student rights and educational standards.</w:t>
      </w:r>
    </w:p>
    <w:p/>
    <w:p>
      <w:r>
        <w:rPr>
          <w:b/>
          <w:sz w:val="20"/>
        </w:rPr>
        <w:t>Duration of Contract:</w:t>
      </w:r>
    </w:p>
    <w:p>
      <w:r>
        <w:rPr>
          <w:b w:val="0"/>
          <w:sz w:val="20"/>
        </w:rPr>
        <w:t>This contract shall remain in effect for the current academic term unless modified or terminated by mutual agreement of the parties involved.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STUDENT</w:t>
            </w:r>
          </w:p>
        </w:tc>
        <w:tc>
          <w:tcPr>
            <w:tcW w:type="dxa" w:w="4986"/>
            <w:tcBorders>
              <w:top w:val="nil"/>
              <w:left w:val="nil"/>
              <w:bottom w:val="nil"/>
              <w:right w:val="nil"/>
              <w:insideH w:val="nil"/>
              <w:insideV w:val="nil"/>
            </w:tcBorders>
          </w:tcPr>
          <w:p>
            <w:pPr>
              <w:jc w:val="center"/>
            </w:pPr>
            <w:r>
              <w:t>PARENT/GUARDIAN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r>
        <w:tc>
          <w:tcPr>
            <w:tcW w:type="dxa" w:w="4986"/>
            <w:tcBorders>
              <w:top w:val="nil"/>
              <w:left w:val="nil"/>
              <w:bottom w:val="nil"/>
              <w:right w:val="nil"/>
              <w:insideH w:val="nil"/>
              <w:insideV w:val="nil"/>
            </w:tcBorders>
          </w:tcPr>
          <w:p>
            <w:pPr>
              <w:jc w:val="center"/>
            </w:pPr>
            <w:r>
              <w:t>Date: _______________________________</w:t>
            </w:r>
          </w:p>
        </w:tc>
        <w:tc>
          <w:tcPr>
            <w:tcW w:type="dxa" w:w="4986"/>
            <w:tcBorders>
              <w:top w:val="nil"/>
              <w:left w:val="nil"/>
              <w:bottom w:val="nil"/>
              <w:right w:val="nil"/>
              <w:insideH w:val="nil"/>
              <w:insideV w:val="nil"/>
            </w:tcBorders>
          </w:tcPr>
          <w:p>
            <w:pPr>
              <w:jc w:val="center"/>
            </w:pPr>
            <w:r>
              <w:t>Date: 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https://contracttemplate-us.com/elementary-behavior-contract/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elementary-behavior-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