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DEBT REPAYMENT AGREEMENT</w:t>
      </w:r>
    </w:p>
    <w:p/>
    <w:p>
      <w:r>
        <w:rPr>
          <w:b/>
          <w:sz w:val="20"/>
        </w:rPr>
        <w:t>This Debt Repayment Agreement (the “Agreement”) is entered into by and between:</w:t>
      </w:r>
    </w:p>
    <w:p>
      <w:r>
        <w:rPr>
          <w:b/>
          <w:sz w:val="20"/>
        </w:rPr>
        <w:t>Lender: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Borrower: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RECITALS</w:t>
      </w:r>
    </w:p>
    <w:p>
      <w:r>
        <w:rPr>
          <w:b w:val="0"/>
          <w:sz w:val="20"/>
        </w:rPr>
        <w:t>WHEREAS, the Lender has extended certain funds to the Borrower under the terms described below;</w:t>
      </w:r>
    </w:p>
    <w:p>
      <w:r>
        <w:rPr>
          <w:b w:val="0"/>
          <w:sz w:val="20"/>
        </w:rPr>
        <w:t>WHEREAS, the Borrower acknowledges the indebtedness and agrees to repay the debt according to the terms set forth herein;</w:t>
      </w:r>
    </w:p>
    <w:p>
      <w:r>
        <w:rPr>
          <w:b w:val="0"/>
          <w:sz w:val="20"/>
        </w:rPr>
        <w:t>NOW, THEREFORE, in consideration of the mutual covenants contained herein, the parties agree as follows:</w:t>
      </w:r>
    </w:p>
    <w:p/>
    <w:p>
      <w:r>
        <w:rPr>
          <w:b/>
          <w:sz w:val="20"/>
        </w:rPr>
        <w:t>1. Debt Acknowledgment</w:t>
      </w:r>
    </w:p>
    <w:p>
      <w:r>
        <w:rPr>
          <w:b w:val="0"/>
          <w:sz w:val="20"/>
        </w:rPr>
        <w:t>The Borrower hereby acknowledges that they owe the Lender the principal sum of $____________________ (the “Debt”). This Debt arose from the loan, advance, or extension of credit made by the Lender to the Borrower on terms agreed between the parties.</w:t>
      </w:r>
    </w:p>
    <w:p/>
    <w:p>
      <w:r>
        <w:rPr>
          <w:b/>
          <w:sz w:val="20"/>
        </w:rPr>
        <w:t>2. Repayment Terms</w:t>
      </w:r>
    </w:p>
    <w:p>
      <w:r>
        <w:rPr>
          <w:b w:val="0"/>
          <w:sz w:val="20"/>
        </w:rPr>
        <w:t>The Borrower promises to repay the Debt to the Lender under the following terms:</w:t>
      </w:r>
    </w:p>
    <w:p>
      <w:r>
        <w:rPr>
          <w:b w:val="0"/>
          <w:sz w:val="20"/>
        </w:rPr>
        <w:t>- Total Amount Due: $____________________</w:t>
      </w:r>
    </w:p>
    <w:p>
      <w:r>
        <w:rPr>
          <w:b w:val="0"/>
          <w:sz w:val="20"/>
        </w:rPr>
        <w:t>- Payment Method: ________________________________________________</w:t>
      </w:r>
    </w:p>
    <w:p>
      <w:r>
        <w:rPr>
          <w:b w:val="0"/>
          <w:sz w:val="20"/>
        </w:rPr>
        <w:t>- Payment Schedule:</w:t>
      </w:r>
    </w:p>
    <w:p>
      <w:r>
        <w:rPr>
          <w:b w:val="0"/>
          <w:sz w:val="20"/>
        </w:rPr>
        <w:t xml:space="preserve">  * Number of Installments: ______</w:t>
      </w:r>
    </w:p>
    <w:p>
      <w:r>
        <w:rPr>
          <w:b w:val="0"/>
          <w:sz w:val="20"/>
        </w:rPr>
        <w:t xml:space="preserve">  * Amount per Installment: $________________</w:t>
      </w:r>
    </w:p>
    <w:p>
      <w:r>
        <w:rPr>
          <w:b w:val="0"/>
          <w:sz w:val="20"/>
        </w:rPr>
        <w:t xml:space="preserve">  * Due Dates: ____________________________________________________</w:t>
      </w:r>
    </w:p>
    <w:p>
      <w:r>
        <w:rPr>
          <w:b w:val="0"/>
          <w:sz w:val="20"/>
        </w:rPr>
        <w:t>- Final Maturity Date: ____________________________________________</w:t>
      </w:r>
    </w:p>
    <w:p>
      <w:r>
        <w:rPr>
          <w:b w:val="0"/>
          <w:sz w:val="20"/>
        </w:rPr>
        <w:t>Payments shall be made without demand, deduction, or setoff, and shall be applied first to accrued interest and then to principal.</w:t>
      </w:r>
    </w:p>
    <w:p/>
    <w:p>
      <w:r>
        <w:rPr>
          <w:b/>
          <w:sz w:val="20"/>
        </w:rPr>
        <w:t>3. Interest</w:t>
      </w:r>
    </w:p>
    <w:p>
      <w:r>
        <w:rPr>
          <w:b w:val="0"/>
          <w:sz w:val="20"/>
        </w:rPr>
        <w:t>The Debt shall bear interest at a rate of ______% per annum, calculated on the outstanding principal balance, commencing from the date the Debt was incurred until the Debt is paid in full.</w:t>
      </w:r>
    </w:p>
    <w:p>
      <w:r>
        <w:rPr>
          <w:b w:val="0"/>
          <w:sz w:val="20"/>
        </w:rPr>
        <w:t>Interest shall be calculated on a 365-day year basis and payable in accordance with the payment schedule above.</w:t>
      </w:r>
    </w:p>
    <w:p/>
    <w:p>
      <w:r>
        <w:rPr>
          <w:b/>
          <w:sz w:val="20"/>
        </w:rPr>
        <w:t>4. Prepayment</w:t>
      </w:r>
    </w:p>
    <w:p>
      <w:r>
        <w:rPr>
          <w:b w:val="0"/>
          <w:sz w:val="20"/>
        </w:rPr>
        <w:t>The Borrower may prepay all or any portion of the Debt at any time without penalty or premium. Any prepayment shall first be applied to accrued interest and then to principal.</w:t>
      </w:r>
    </w:p>
    <w:p/>
    <w:p>
      <w:r>
        <w:rPr>
          <w:b/>
          <w:sz w:val="20"/>
        </w:rPr>
        <w:t>5. Default</w:t>
      </w:r>
    </w:p>
    <w:p>
      <w:r>
        <w:rPr>
          <w:b w:val="0"/>
          <w:sz w:val="20"/>
        </w:rPr>
        <w:t>A default shall occur if the Borrower fails to make any payment when due, or breaches any other term of this Agreement. Upon default, the Lender may declare the entire unpaid principal and accrued interest immediately due and payable.</w:t>
      </w:r>
    </w:p>
    <w:p>
      <w:r>
        <w:rPr>
          <w:b w:val="0"/>
          <w:sz w:val="20"/>
        </w:rPr>
        <w:t>The Lender shall have all remedies available at law or equity to collect the Debt, including but not limited to initiating collection proceedings or seeking judgment.</w:t>
      </w:r>
    </w:p>
    <w:p/>
    <w:p>
      <w:r>
        <w:rPr>
          <w:b/>
          <w:sz w:val="20"/>
        </w:rPr>
        <w:t>6. Waiver; Remedies</w:t>
      </w:r>
    </w:p>
    <w:p>
      <w:r>
        <w:rPr>
          <w:b w:val="0"/>
          <w:sz w:val="20"/>
        </w:rPr>
        <w:t>No failure or delay by the Lender in exercising any right or remedy shall operate as a waiver thereof. All remedies are cumulative and may be exercised singly or concurrently.</w:t>
      </w:r>
    </w:p>
    <w:p/>
    <w:p>
      <w:r>
        <w:rPr>
          <w:b/>
          <w:sz w:val="20"/>
        </w:rPr>
        <w:t>7. Governing Law and Jurisdiction</w:t>
      </w:r>
    </w:p>
    <w:p>
      <w:r>
        <w:rPr>
          <w:b w:val="0"/>
          <w:sz w:val="20"/>
        </w:rPr>
        <w:t>This Agreement shall be governed by, and construed in accordance with, the laws of the United States and the State of ______________________________________.</w:t>
      </w:r>
    </w:p>
    <w:p>
      <w:r>
        <w:rPr>
          <w:b w:val="0"/>
          <w:sz w:val="20"/>
        </w:rPr>
        <w:t>Any disputes arising out of or in connection with this Agreement shall be subject to the exclusive jurisdiction of the courts located within the State of ______________________________________.</w:t>
      </w:r>
    </w:p>
    <w:p/>
    <w:p>
      <w:r>
        <w:rPr>
          <w:b/>
          <w:sz w:val="20"/>
        </w:rPr>
        <w:t>8. Entire Agreement</w:t>
      </w:r>
    </w:p>
    <w:p>
      <w:r>
        <w:rPr>
          <w:b w:val="0"/>
          <w:sz w:val="20"/>
        </w:rPr>
        <w:t>This Agreement constitutes the entire agreement between the parties concerning the subject matter hereof and supersedes all prior agreements, understandings, negotiations, and discussions, whether oral or written.</w:t>
      </w:r>
    </w:p>
    <w:p/>
    <w:p>
      <w:r>
        <w:rPr>
          <w:b/>
          <w:sz w:val="20"/>
        </w:rPr>
        <w:t>9. Amendments</w:t>
      </w:r>
    </w:p>
    <w:p>
      <w:r>
        <w:rPr>
          <w:b w:val="0"/>
          <w:sz w:val="20"/>
        </w:rPr>
        <w:t>Any amendment or modification of this Agreement shall be valid only if made in writing and signed by both parties.</w:t>
      </w:r>
    </w:p>
    <w:p/>
    <w:p>
      <w:r>
        <w:rPr>
          <w:b/>
          <w:sz w:val="20"/>
        </w:rPr>
        <w:t>10. Severability</w:t>
      </w:r>
    </w:p>
    <w:p>
      <w:r>
        <w:rPr>
          <w:b w:val="0"/>
          <w:sz w:val="20"/>
        </w:rPr>
        <w:t>If any provision of this Agreement is held to be invalid or unenforceable, the remaining provisions shall continue in full force and effect.</w:t>
      </w:r>
    </w:p>
    <w:p/>
    <w:p>
      <w:r>
        <w:rPr>
          <w:b/>
          <w:sz w:val="20"/>
        </w:rPr>
        <w:t>11. Notices</w:t>
      </w:r>
    </w:p>
    <w:p>
      <w:r>
        <w:rPr>
          <w:b w:val="0"/>
          <w:sz w:val="20"/>
        </w:rPr>
        <w:t>All notices, requests, demands, or other communications required or permitted under this Agreement shall be in writing and shall be deemed given when delivered personally, sent by certified mail (return receipt requested), or by recognized overnight courier to the addresses listed above or to such other address as a party may designate by notice hereunder.</w:t>
      </w:r>
    </w:p>
    <w:p/>
    <w:p>
      <w:r>
        <w:rPr>
          <w:b/>
          <w:sz w:val="20"/>
        </w:rPr>
        <w:t>12. Binding Effect</w:t>
      </w:r>
    </w:p>
    <w:p>
      <w:r>
        <w:rPr>
          <w:b w:val="0"/>
          <w:sz w:val="20"/>
        </w:rPr>
        <w:t>This Agreement shall be binding upon and inure to the benefit of the parties and their respective heirs, successors, and assigns.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https://contracttemplate-us.com/debt-repayment-contract/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debt-repayment-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