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BETWEEN TWO PARTIES</w:t>
      </w:r>
    </w:p>
    <w:p/>
    <w:p>
      <w:r>
        <w:rPr>
          <w:b/>
          <w:sz w:val="20"/>
        </w:rPr>
        <w:t>This Contract is entered into by and between the following parties:</w:t>
      </w:r>
    </w:p>
    <w:p/>
    <w:p>
      <w:r>
        <w:rPr>
          <w:b/>
          <w:sz w:val="20"/>
        </w:rPr>
        <w:t>Party One Information:</w:t>
      </w:r>
    </w:p>
    <w:p>
      <w:r>
        <w:rPr>
          <w:b w:val="0"/>
          <w:sz w:val="20"/>
        </w:rPr>
        <w:t>Full Legal Name: ____________________________________________________________</w:t>
      </w:r>
    </w:p>
    <w:p>
      <w:r>
        <w:rPr>
          <w:b w:val="0"/>
          <w:sz w:val="20"/>
        </w:rPr>
        <w:t>Business or Personal Address: _______________________________________________</w:t>
      </w:r>
    </w:p>
    <w:p>
      <w:r>
        <w:rPr>
          <w:b w:val="0"/>
          <w:sz w:val="20"/>
        </w:rPr>
        <w:t>Contact Number: ____________________________________________________________</w:t>
      </w:r>
    </w:p>
    <w:p>
      <w:r>
        <w:rPr>
          <w:b w:val="0"/>
          <w:sz w:val="20"/>
        </w:rPr>
        <w:t>Email Address: ______________________________________________________________</w:t>
      </w:r>
    </w:p>
    <w:p/>
    <w:p>
      <w:r>
        <w:rPr>
          <w:b/>
          <w:sz w:val="20"/>
        </w:rPr>
        <w:t>Party Two Information:</w:t>
      </w:r>
    </w:p>
    <w:p>
      <w:r>
        <w:rPr>
          <w:b w:val="0"/>
          <w:sz w:val="20"/>
        </w:rPr>
        <w:t>Full Legal Name: ____________________________________________________________</w:t>
      </w:r>
    </w:p>
    <w:p>
      <w:r>
        <w:rPr>
          <w:b w:val="0"/>
          <w:sz w:val="20"/>
        </w:rPr>
        <w:t>Business or Personal Address: _______________________________________________</w:t>
      </w:r>
    </w:p>
    <w:p>
      <w:r>
        <w:rPr>
          <w:b w:val="0"/>
          <w:sz w:val="20"/>
        </w:rPr>
        <w:t>Contact Number: ____________________________________________________________</w:t>
      </w:r>
    </w:p>
    <w:p>
      <w:r>
        <w:rPr>
          <w:b w:val="0"/>
          <w:sz w:val="20"/>
        </w:rPr>
        <w:t>Email Address: ______________________________________________________________</w:t>
      </w:r>
    </w:p>
    <w:p/>
    <w:p>
      <w:r>
        <w:rPr>
          <w:b/>
          <w:sz w:val="20"/>
        </w:rPr>
        <w:t>RECITALS</w:t>
      </w:r>
    </w:p>
    <w:p>
      <w:r>
        <w:rPr>
          <w:b w:val="0"/>
          <w:sz w:val="20"/>
        </w:rPr>
        <w:t>WHEREAS, Party One and Party Two desire to enter into this Contract to set forth the terms and conditions governing their agreement;</w:t>
      </w:r>
    </w:p>
    <w:p>
      <w:r>
        <w:rPr>
          <w:b w:val="0"/>
          <w:sz w:val="20"/>
        </w:rPr>
        <w:t>NOW, THEREFORE, in consideration of the mutual covenants and promises contained herein, the parties agree as follows:</w:t>
      </w:r>
    </w:p>
    <w:p/>
    <w:p>
      <w:r>
        <w:rPr>
          <w:b/>
          <w:sz w:val="20"/>
        </w:rPr>
        <w:t>1. Definitions</w:t>
      </w:r>
    </w:p>
    <w:p>
      <w:r>
        <w:rPr>
          <w:b w:val="0"/>
          <w:sz w:val="20"/>
        </w:rPr>
        <w:t>In this Contract, unless the context otherwise requires, the following terms shall have the following meanings:</w:t>
      </w:r>
    </w:p>
    <w:p>
      <w:r>
        <w:rPr>
          <w:b w:val="0"/>
          <w:sz w:val="20"/>
        </w:rPr>
        <w:t>- “Agreement” means this Contract and any appendices or amendments thereto.</w:t>
      </w:r>
    </w:p>
    <w:p>
      <w:r>
        <w:rPr>
          <w:b w:val="0"/>
          <w:sz w:val="20"/>
        </w:rPr>
        <w:t>- “Party” means either Party One or Party Two individually.</w:t>
      </w:r>
    </w:p>
    <w:p>
      <w:r>
        <w:rPr>
          <w:b w:val="0"/>
          <w:sz w:val="20"/>
        </w:rPr>
        <w:t>- “Parties” means both Party One and Party Two collectively.</w:t>
      </w:r>
    </w:p>
    <w:p/>
    <w:p>
      <w:r>
        <w:rPr>
          <w:b/>
          <w:sz w:val="20"/>
        </w:rPr>
        <w:t>2. Subject Matter</w:t>
      </w:r>
    </w:p>
    <w:p>
      <w:r>
        <w:rPr>
          <w:b w:val="0"/>
          <w:sz w:val="20"/>
        </w:rPr>
        <w:t>The Parties agree to the terms and conditions set forth in this Contract regarding their mutual obligations, rights, and duties as described herein.</w:t>
      </w:r>
    </w:p>
    <w:p/>
    <w:p>
      <w:r>
        <w:rPr>
          <w:b/>
          <w:sz w:val="20"/>
        </w:rPr>
        <w:t>3. Obligations of the Parties</w:t>
      </w:r>
    </w:p>
    <w:p>
      <w:r>
        <w:rPr>
          <w:b w:val="0"/>
          <w:sz w:val="20"/>
        </w:rPr>
        <w:t>3.1 Party One agrees to: _________________________________________________________</w:t>
      </w:r>
    </w:p>
    <w:p>
      <w:r>
        <w:rPr>
          <w:b w:val="0"/>
          <w:sz w:val="20"/>
        </w:rPr>
        <w:t>3.2 Party Two agrees to: _________________________________________________________</w:t>
      </w:r>
    </w:p>
    <w:p>
      <w:r>
        <w:rPr>
          <w:b w:val="0"/>
          <w:sz w:val="20"/>
        </w:rPr>
        <w:t>3.3 Both Parties agree to cooperate in good faith to fulfill their respective obligations established herein.</w:t>
      </w:r>
    </w:p>
    <w:p/>
    <w:p>
      <w:r>
        <w:rPr>
          <w:b/>
          <w:sz w:val="20"/>
        </w:rPr>
        <w:t>4. Term and Termination</w:t>
      </w:r>
    </w:p>
    <w:p>
      <w:r>
        <w:rPr>
          <w:b w:val="0"/>
          <w:sz w:val="20"/>
        </w:rPr>
        <w:t>4.1 This Contract shall commence upon execution by both Parties and continue until terminated as provided herein.</w:t>
      </w:r>
    </w:p>
    <w:p>
      <w:r>
        <w:rPr>
          <w:b w:val="0"/>
          <w:sz w:val="20"/>
        </w:rPr>
        <w:t>4.2 Either Party may terminate this Contract upon providing written notice to the other Party at least __________ days prior to termination.</w:t>
      </w:r>
    </w:p>
    <w:p>
      <w:r>
        <w:rPr>
          <w:b w:val="0"/>
          <w:sz w:val="20"/>
        </w:rPr>
        <w:t>4.3 Termination shall not affect any rights or obligations accrued prior to termination.</w:t>
      </w:r>
    </w:p>
    <w:p/>
    <w:p>
      <w:r>
        <w:rPr>
          <w:b/>
          <w:sz w:val="20"/>
        </w:rPr>
        <w:t>5. Payment Terms</w:t>
      </w:r>
    </w:p>
    <w:p>
      <w:r>
        <w:rPr>
          <w:b w:val="0"/>
          <w:sz w:val="20"/>
        </w:rPr>
        <w:t>5.1 If payment is involved, the Parties agree as follows:</w:t>
      </w:r>
    </w:p>
    <w:p>
      <w:r>
        <w:rPr>
          <w:b w:val="0"/>
          <w:sz w:val="20"/>
        </w:rPr>
        <w:t>- Amount and currency: _______________________________________________________</w:t>
      </w:r>
    </w:p>
    <w:p>
      <w:r>
        <w:rPr>
          <w:b w:val="0"/>
          <w:sz w:val="20"/>
        </w:rPr>
        <w:t>- Payment schedule and method: ________________________________________________</w:t>
      </w:r>
    </w:p>
    <w:p>
      <w:r>
        <w:rPr>
          <w:b w:val="0"/>
          <w:sz w:val="20"/>
        </w:rPr>
        <w:t>- Late payment penalties or interest: ___________________________________________</w:t>
      </w:r>
    </w:p>
    <w:p/>
    <w:p>
      <w:r>
        <w:rPr>
          <w:b/>
          <w:sz w:val="20"/>
        </w:rPr>
        <w:t>6. Confidentiality</w:t>
      </w:r>
    </w:p>
    <w:p>
      <w:r>
        <w:rPr>
          <w:b w:val="0"/>
          <w:sz w:val="20"/>
        </w:rPr>
        <w:t>6.1 Each Party agrees to keep confidential and not disclose to any third party any information marked confidential or that reasonably should be understood as confidential, obtained in connection with this Contract.</w:t>
      </w:r>
    </w:p>
    <w:p>
      <w:r>
        <w:rPr>
          <w:b w:val="0"/>
          <w:sz w:val="20"/>
        </w:rPr>
        <w:t>6.2 Confidentiality obligations shall survive termination of this Contract for a period of ______ years.</w:t>
      </w:r>
    </w:p>
    <w:p/>
    <w:p>
      <w:r>
        <w:rPr>
          <w:b/>
          <w:sz w:val="20"/>
        </w:rPr>
        <w:t>7. Representations and Warranties</w:t>
      </w:r>
    </w:p>
    <w:p>
      <w:r>
        <w:rPr>
          <w:b w:val="0"/>
          <w:sz w:val="20"/>
        </w:rPr>
        <w:t>7.1 Each Party represents and warrants that it has full power and authority to enter into this Contract and perform its obligations hereunder.</w:t>
      </w:r>
    </w:p>
    <w:p>
      <w:r>
        <w:rPr>
          <w:b w:val="0"/>
          <w:sz w:val="20"/>
        </w:rPr>
        <w:t>7.2 Each Party further warrants that entering into this Contract does not violate any other agreement or legal obligation.</w:t>
      </w:r>
    </w:p>
    <w:p/>
    <w:p>
      <w:r>
        <w:rPr>
          <w:b/>
          <w:sz w:val="20"/>
        </w:rPr>
        <w:t>8. Indemnification</w:t>
      </w:r>
    </w:p>
    <w:p>
      <w:r>
        <w:rPr>
          <w:b w:val="0"/>
          <w:sz w:val="20"/>
        </w:rPr>
        <w:t>Each Party shall indemnify, defend, and hold harmless the other Party from and against any and all claims, damages, liabilities, costs, and expenses arising out of or related to any breach of this Contract or negligence by the indemnifying Party.</w:t>
      </w:r>
    </w:p>
    <w:p/>
    <w:p>
      <w:r>
        <w:rPr>
          <w:b/>
          <w:sz w:val="20"/>
        </w:rPr>
        <w:t>9. Limitation of Liability</w:t>
      </w:r>
    </w:p>
    <w:p>
      <w:r>
        <w:rPr>
          <w:b w:val="0"/>
          <w:sz w:val="20"/>
        </w:rPr>
        <w:t>Neither Party shall be liable to the other for any consequential, incidental, indirect, special, or punitive damages arising from or related to this Contract, regardless of the form of action, even if advised of the possibility of such damages.</w:t>
      </w:r>
    </w:p>
    <w:p/>
    <w:p>
      <w:r>
        <w:rPr>
          <w:b/>
          <w:sz w:val="20"/>
        </w:rPr>
        <w:t>10. Governing Law and Jurisdiction</w:t>
      </w:r>
    </w:p>
    <w:p>
      <w:r>
        <w:rPr>
          <w:b w:val="0"/>
          <w:sz w:val="20"/>
        </w:rPr>
        <w:t>This Contract shall be governed by and construed in accordance with the laws of the State of ________________, United States of America, without regard to its conflict of laws principles.</w:t>
      </w:r>
    </w:p>
    <w:p>
      <w:r>
        <w:rPr>
          <w:b w:val="0"/>
          <w:sz w:val="20"/>
        </w:rPr>
        <w:t>Any disputes arising out of or relating to this Contract shall be subject to the exclusive jurisdiction of the state and federal courts located in ________________, and the Parties hereby consent to such jurisdiction and venue.</w:t>
      </w:r>
    </w:p>
    <w:p/>
    <w:p>
      <w:r>
        <w:rPr>
          <w:b/>
          <w:sz w:val="20"/>
        </w:rPr>
        <w:t>11. Dispute Resolution</w:t>
      </w:r>
    </w:p>
    <w:p>
      <w:r>
        <w:rPr>
          <w:b w:val="0"/>
          <w:sz w:val="20"/>
        </w:rPr>
        <w:t>11.1 The Parties shall attempt in good faith to resolve any dispute arising under this Contract amicably through negotiation.</w:t>
      </w:r>
    </w:p>
    <w:p>
      <w:r>
        <w:rPr>
          <w:b w:val="0"/>
          <w:sz w:val="20"/>
        </w:rPr>
        <w:t>11.2 Should negotiation fail, the Parties agree to submit the dispute to mediation before resorting to arbitration or litigation.</w:t>
      </w:r>
    </w:p>
    <w:p>
      <w:r>
        <w:rPr>
          <w:b w:val="0"/>
          <w:sz w:val="20"/>
        </w:rPr>
        <w:t>11.3 If mediation is unsuccessful, any unresolved controversy or claim shall be settled by binding arbitration in accordance with the rules of the American Arbitration Association.</w:t>
      </w:r>
    </w:p>
    <w:p/>
    <w:p>
      <w:r>
        <w:rPr>
          <w:b/>
          <w:sz w:val="20"/>
        </w:rPr>
        <w:t>12. Notices</w:t>
      </w:r>
    </w:p>
    <w:p>
      <w:r>
        <w:rPr>
          <w:b w:val="0"/>
          <w:sz w:val="20"/>
        </w:rPr>
        <w:t>All notices, requests, consents, claims, demands, waivers, and other communications hereunder shall be in writing and shall be deemed given when delivered personally, sent by certified mail (return receipt requested), or by nationally recognized overnight courier to the addresses set forth above or to such other address as a Party may specify by notice.</w:t>
      </w:r>
    </w:p>
    <w:p/>
    <w:p>
      <w:r>
        <w:rPr>
          <w:b/>
          <w:sz w:val="20"/>
        </w:rPr>
        <w:t>13. Entire Agreement</w:t>
      </w:r>
    </w:p>
    <w:p>
      <w:r>
        <w:rPr>
          <w:b w:val="0"/>
          <w:sz w:val="20"/>
        </w:rPr>
        <w:t>This Contract constitutes the entire agreement between the Parties with respect to the subject matter hereof and supersedes all prior or contemporaneous oral or written agreements, understandings, or representations.</w:t>
      </w:r>
    </w:p>
    <w:p/>
    <w:p>
      <w:r>
        <w:rPr>
          <w:b/>
          <w:sz w:val="20"/>
        </w:rPr>
        <w:t>14. Amendments</w:t>
      </w:r>
    </w:p>
    <w:p>
      <w:r>
        <w:rPr>
          <w:b w:val="0"/>
          <w:sz w:val="20"/>
        </w:rPr>
        <w:t>Any amendment or modification of this Contract must be in writing and signed by authorized representatives of both Parties.</w:t>
      </w:r>
    </w:p>
    <w:p/>
    <w:p>
      <w:r>
        <w:rPr>
          <w:b/>
          <w:sz w:val="20"/>
        </w:rPr>
        <w:t>15. Severability</w:t>
      </w:r>
    </w:p>
    <w:p>
      <w:r>
        <w:rPr>
          <w:b w:val="0"/>
          <w:sz w:val="20"/>
        </w:rPr>
        <w:t>If any term or provision of this Contract is invalid, illegal, or unenforceable in any respect, the remaining provisions shall remain in full force and effect and such invalid, illegal, or unenforceable provision shall be replaced by a mutually acceptable provision, which being valid, legal, and enforceable comes closest to the intention underlying the invalid, illegal, or unenforceable provision.</w:t>
      </w:r>
    </w:p>
    <w:p/>
    <w:p>
      <w:r>
        <w:rPr>
          <w:b/>
          <w:sz w:val="20"/>
        </w:rPr>
        <w:t>16. Waiver</w:t>
      </w:r>
    </w:p>
    <w:p>
      <w:r>
        <w:rPr>
          <w:b w:val="0"/>
          <w:sz w:val="20"/>
        </w:rPr>
        <w:t>No waiver by any Party of any breach or default hereunder shall be deemed to be a waiver of any preceding or subsequent breach or default.</w:t>
      </w:r>
    </w:p>
    <w:p/>
    <w:p/>
    <w:p>
      <w:r>
        <w:rPr>
          <w:b w:val="0"/>
          <w:sz w:val="20"/>
        </w:rPr>
        <w:t>Place of signature: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ONE</w:t>
            </w:r>
          </w:p>
        </w:tc>
        <w:tc>
          <w:tcPr>
            <w:tcW w:type="dxa" w:w="4986"/>
            <w:tcBorders>
              <w:top w:val="nil"/>
              <w:left w:val="nil"/>
              <w:bottom w:val="nil"/>
              <w:right w:val="nil"/>
              <w:insideH w:val="nil"/>
              <w:insideV w:val="nil"/>
            </w:tcBorders>
          </w:tcPr>
          <w:p>
            <w:pPr>
              <w:jc w:val="center"/>
            </w:pPr>
            <w:r>
              <w:t>PARTY TWO</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https://contracttemplate-us.com/contract-between-two-parties/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contract-between-two-parties/"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