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BOAT SALE AGREEMENT</w:t>
      </w:r>
    </w:p>
    <w:p/>
    <w:p>
      <w:r>
        <w:rPr>
          <w:b/>
          <w:sz w:val="20"/>
        </w:rPr>
        <w:t>SELLER INFORMATION</w:t>
      </w:r>
    </w:p>
    <w:p>
      <w:r>
        <w:rPr>
          <w:b w:val="0"/>
          <w:sz w:val="20"/>
        </w:rPr>
        <w:t>Full Legal Name: _________________________________________________</w:t>
      </w:r>
    </w:p>
    <w:p>
      <w:r>
        <w:rPr>
          <w:b w:val="0"/>
          <w:sz w:val="20"/>
        </w:rPr>
        <w:t>Address: _________________________________________________________</w:t>
      </w:r>
    </w:p>
    <w:p>
      <w:r>
        <w:rPr>
          <w:b w:val="0"/>
          <w:sz w:val="20"/>
        </w:rPr>
        <w:t>Phone Number: ____________________________________________________</w:t>
      </w:r>
    </w:p>
    <w:p>
      <w:r>
        <w:rPr>
          <w:b w:val="0"/>
          <w:sz w:val="20"/>
        </w:rPr>
        <w:t>Email Address: ____________________________________________________</w:t>
      </w:r>
    </w:p>
    <w:p/>
    <w:p>
      <w:r>
        <w:rPr>
          <w:b/>
          <w:sz w:val="20"/>
        </w:rPr>
        <w:t>BUYER INFORMATION</w:t>
      </w:r>
    </w:p>
    <w:p>
      <w:r>
        <w:rPr>
          <w:b w:val="0"/>
          <w:sz w:val="20"/>
        </w:rPr>
        <w:t>Full Legal Name: _________________________________________________</w:t>
      </w:r>
    </w:p>
    <w:p>
      <w:r>
        <w:rPr>
          <w:b w:val="0"/>
          <w:sz w:val="20"/>
        </w:rPr>
        <w:t>Address: _________________________________________________________</w:t>
      </w:r>
    </w:p>
    <w:p>
      <w:r>
        <w:rPr>
          <w:b w:val="0"/>
          <w:sz w:val="20"/>
        </w:rPr>
        <w:t>Phone Number: ____________________________________________________</w:t>
      </w:r>
    </w:p>
    <w:p>
      <w:r>
        <w:rPr>
          <w:b w:val="0"/>
          <w:sz w:val="20"/>
        </w:rPr>
        <w:t>Email Address: ____________________________________________________</w:t>
      </w:r>
    </w:p>
    <w:p/>
    <w:p>
      <w:r>
        <w:rPr>
          <w:b/>
          <w:sz w:val="20"/>
        </w:rPr>
        <w:t>VESSEL DESCRIPTION</w:t>
      </w:r>
    </w:p>
    <w:p>
      <w:r>
        <w:rPr>
          <w:b w:val="0"/>
          <w:sz w:val="20"/>
        </w:rPr>
        <w:t>Make/Brand: ______________________________________________________</w:t>
      </w:r>
    </w:p>
    <w:p>
      <w:r>
        <w:rPr>
          <w:b w:val="0"/>
          <w:sz w:val="20"/>
        </w:rPr>
        <w:t>Model: ___________________________________________________________</w:t>
      </w:r>
    </w:p>
    <w:p>
      <w:r>
        <w:rPr>
          <w:b w:val="0"/>
          <w:sz w:val="20"/>
        </w:rPr>
        <w:t>Year of Manufacture: ______________________________________________</w:t>
      </w:r>
    </w:p>
    <w:p>
      <w:r>
        <w:rPr>
          <w:b w:val="0"/>
          <w:sz w:val="20"/>
        </w:rPr>
        <w:t>Length Overall (LOA): ______________________________________________</w:t>
      </w:r>
    </w:p>
    <w:p>
      <w:r>
        <w:rPr>
          <w:b w:val="0"/>
          <w:sz w:val="20"/>
        </w:rPr>
        <w:t>Hull Identification Number (HIN): _________________________________</w:t>
      </w:r>
    </w:p>
    <w:p>
      <w:r>
        <w:rPr>
          <w:b w:val="0"/>
          <w:sz w:val="20"/>
        </w:rPr>
        <w:t>Registration Number: ______________________________________________</w:t>
      </w:r>
    </w:p>
    <w:p>
      <w:r>
        <w:rPr>
          <w:b w:val="0"/>
          <w:sz w:val="20"/>
        </w:rPr>
        <w:t>Engine Type and Horsepower: _______________________________________</w:t>
      </w:r>
    </w:p>
    <w:p>
      <w:r>
        <w:rPr>
          <w:b w:val="0"/>
          <w:sz w:val="20"/>
        </w:rPr>
        <w:t>Fuel Type: _______________________________________________________</w:t>
      </w:r>
    </w:p>
    <w:p>
      <w:r>
        <w:rPr>
          <w:b w:val="0"/>
          <w:sz w:val="20"/>
        </w:rPr>
        <w:t>Additional Equipment Included: _____________________________________</w:t>
      </w:r>
    </w:p>
    <w:p/>
    <w:p>
      <w:r>
        <w:rPr>
          <w:b/>
          <w:sz w:val="20"/>
        </w:rPr>
        <w:t>SALE TERMS</w:t>
      </w:r>
    </w:p>
    <w:p>
      <w:r>
        <w:rPr>
          <w:b w:val="0"/>
          <w:sz w:val="20"/>
        </w:rPr>
        <w:t>Purchase Price: $________________________ (USD)</w:t>
      </w:r>
    </w:p>
    <w:p>
      <w:r>
        <w:rPr>
          <w:b w:val="0"/>
          <w:sz w:val="20"/>
        </w:rPr>
        <w:t>Payment Method: _________________________________________________</w:t>
      </w:r>
    </w:p>
    <w:p>
      <w:r>
        <w:rPr>
          <w:b w:val="0"/>
          <w:sz w:val="20"/>
        </w:rPr>
        <w:t>Deposit Amount (if any): $________________________ (USD)</w:t>
      </w:r>
    </w:p>
    <w:p>
      <w:r>
        <w:rPr>
          <w:b w:val="0"/>
          <w:sz w:val="20"/>
        </w:rPr>
        <w:t>Balance Due Upon Delivery: $_______________________ (USD)</w:t>
      </w:r>
    </w:p>
    <w:p>
      <w:r>
        <w:rPr>
          <w:b w:val="0"/>
          <w:sz w:val="20"/>
        </w:rPr>
        <w:t>Delivery Location: ________________________________________________</w:t>
      </w:r>
    </w:p>
    <w:p>
      <w:r>
        <w:rPr>
          <w:b w:val="0"/>
          <w:sz w:val="20"/>
        </w:rPr>
        <w:t>Delivery Date: _________________________________________________</w:t>
      </w:r>
    </w:p>
    <w:p/>
    <w:p>
      <w:r>
        <w:rPr>
          <w:b/>
          <w:sz w:val="20"/>
        </w:rPr>
        <w:t>REPRESENTATIONS AND WARRANTIES</w:t>
      </w:r>
    </w:p>
    <w:p>
      <w:r>
        <w:rPr>
          <w:b w:val="0"/>
          <w:sz w:val="20"/>
        </w:rPr>
        <w:t>1. Seller represents and warrants that Seller is the lawful owner of the vessel and has full right and authority to sell the vessel free and clear of all liens, claims, encumbrances, and security interests.</w:t>
      </w:r>
    </w:p>
    <w:p>
      <w:r>
        <w:rPr>
          <w:b w:val="0"/>
          <w:sz w:val="20"/>
        </w:rPr>
        <w:t>2. The vessel is sold "AS IS" without any warranties or guarantees, either express or implied, except as expressly stated in this Agreement.</w:t>
      </w:r>
    </w:p>
    <w:p>
      <w:r>
        <w:rPr>
          <w:b w:val="0"/>
          <w:sz w:val="20"/>
        </w:rPr>
        <w:t>3. Buyer acknowledges having inspected the vessel or having had the opportunity to inspect the vessel and accepts the vessel in its current condition.</w:t>
      </w:r>
    </w:p>
    <w:p>
      <w:r>
        <w:rPr>
          <w:b w:val="0"/>
          <w:sz w:val="20"/>
        </w:rPr>
        <w:t>4. Seller discloses the following known defects or issues with the vessel: ___________________________________________________________.</w:t>
      </w:r>
    </w:p>
    <w:p/>
    <w:p>
      <w:r>
        <w:rPr>
          <w:b/>
          <w:sz w:val="20"/>
        </w:rPr>
        <w:t>RISK OF LOSS AND TITLE</w:t>
      </w:r>
    </w:p>
    <w:p>
      <w:r>
        <w:rPr>
          <w:b w:val="0"/>
          <w:sz w:val="20"/>
        </w:rPr>
        <w:t>Risk of loss or damage to the vessel shall pass from Seller to Buyer upon delivery of the vessel at the agreed location.</w:t>
      </w:r>
    </w:p>
    <w:p>
      <w:r>
        <w:rPr>
          <w:b w:val="0"/>
          <w:sz w:val="20"/>
        </w:rPr>
        <w:t>Title to the vessel shall transfer to Buyer only upon Seller’s receipt of full payment of the purchase price.</w:t>
      </w:r>
    </w:p>
    <w:p/>
    <w:p>
      <w:r>
        <w:rPr>
          <w:b/>
          <w:sz w:val="20"/>
        </w:rPr>
        <w:t>TAXES, FEES, AND EXPENSES</w:t>
      </w:r>
    </w:p>
    <w:p>
      <w:r>
        <w:rPr>
          <w:b w:val="0"/>
          <w:sz w:val="20"/>
        </w:rPr>
        <w:t>Buyer shall be responsible for all taxes, registration fees, title transfer fees, and any other governmental charges related to the purchase and ownership of the vessel.</w:t>
      </w:r>
    </w:p>
    <w:p>
      <w:r>
        <w:rPr>
          <w:b w:val="0"/>
          <w:sz w:val="20"/>
        </w:rPr>
        <w:t>Any costs for vessel transportation, storage, or insurance prior to delivery shall be the responsibility of: ______________________________.</w:t>
      </w:r>
    </w:p>
    <w:p/>
    <w:p>
      <w:r>
        <w:rPr>
          <w:b/>
          <w:sz w:val="20"/>
        </w:rPr>
        <w:t>INSPECTION</w:t>
      </w:r>
    </w:p>
    <w:p>
      <w:r>
        <w:rPr>
          <w:b w:val="0"/>
          <w:sz w:val="20"/>
        </w:rPr>
        <w:t>Buyer acknowledges the right to inspect the vessel prior to purchase and accepts full responsibility for any inspections, surveys, or sea trials.</w:t>
      </w:r>
    </w:p>
    <w:p>
      <w:r>
        <w:rPr>
          <w:b w:val="0"/>
          <w:sz w:val="20"/>
        </w:rPr>
        <w:t>Seller agrees to provide reasonable access to the vessel for such inspections prior to entering into this Agreement.</w:t>
      </w:r>
    </w:p>
    <w:p/>
    <w:p>
      <w:r>
        <w:rPr>
          <w:b/>
          <w:sz w:val="20"/>
        </w:rPr>
        <w:t>DEFAULT AND REMEDIES</w:t>
      </w:r>
    </w:p>
    <w:p>
      <w:r>
        <w:rPr>
          <w:b w:val="0"/>
          <w:sz w:val="20"/>
        </w:rPr>
        <w:t>If Buyer fails to make payment as agreed, Seller may retain any deposits as liquidated damages and may pursue all other remedies available under law.</w:t>
      </w:r>
    </w:p>
    <w:p>
      <w:r>
        <w:rPr>
          <w:b w:val="0"/>
          <w:sz w:val="20"/>
        </w:rPr>
        <w:t>If Seller fails to deliver the vessel as agreed, Buyer may seek return of deposits and any other remedies under applicable law.</w:t>
      </w:r>
    </w:p>
    <w:p/>
    <w:p>
      <w:r>
        <w:rPr>
          <w:b/>
          <w:sz w:val="20"/>
        </w:rPr>
        <w:t>ENTIRE AGREEMENT AND GOVERNING LAW</w:t>
      </w:r>
    </w:p>
    <w:p>
      <w:r>
        <w:rPr>
          <w:b w:val="0"/>
          <w:sz w:val="20"/>
        </w:rPr>
        <w:t>This Agreement constitutes the entire agreement between the parties concerning the sale of the vessel and supersedes all prior agreements, understandings, and negotiations.</w:t>
      </w:r>
    </w:p>
    <w:p>
      <w:r>
        <w:rPr>
          <w:b w:val="0"/>
          <w:sz w:val="20"/>
        </w:rPr>
        <w:t>Any amendments or modifications to this Agreement must be in writing and signed by both parties.</w:t>
      </w:r>
    </w:p>
    <w:p>
      <w:r>
        <w:rPr>
          <w:b w:val="0"/>
          <w:sz w:val="20"/>
        </w:rPr>
        <w:t>This Agreement shall be governed by and construed in accordance with the laws of the United States of America and the state of ____________________.</w:t>
      </w:r>
    </w:p>
    <w:p/>
    <w:p>
      <w:r>
        <w:rPr>
          <w:b/>
          <w:sz w:val="20"/>
        </w:rPr>
        <w:t>DISPUTE RESOLUTION</w:t>
      </w:r>
    </w:p>
    <w:p>
      <w:r>
        <w:rPr>
          <w:b w:val="0"/>
          <w:sz w:val="20"/>
        </w:rPr>
        <w:t>The parties agree to attempt to resolve any disputes arising from this Agreement through good faith negotiations.</w:t>
      </w:r>
    </w:p>
    <w:p>
      <w:r>
        <w:rPr>
          <w:b w:val="0"/>
          <w:sz w:val="20"/>
        </w:rPr>
        <w:t>If resolution cannot be reached, the parties agree to submit to binding arbitration in accordance with the rules of the American Arbitration Association, located in ____________________.</w:t>
      </w:r>
    </w:p>
    <w:p/>
    <w:p>
      <w:r>
        <w:rPr>
          <w:b/>
          <w:sz w:val="20"/>
        </w:rPr>
        <w:t>SEVERABILITY</w:t>
      </w:r>
    </w:p>
    <w:p>
      <w:r>
        <w:rPr>
          <w:b w:val="0"/>
          <w:sz w:val="20"/>
        </w:rPr>
        <w:t>If any provision of this Agreement is found to be invalid or unenforceable, the remaining provisions shall continue in full force and effect.</w:t>
      </w:r>
    </w:p>
    <w:p/>
    <w:p/>
    <w:p/>
    <w:p>
      <w:pPr>
        <w:jc w:val="center"/>
      </w:pPr>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____________________________</w:t>
            </w:r>
          </w:p>
        </w:tc>
        <w:tc>
          <w:tcPr>
            <w:tcW w:type="dxa" w:w="4986"/>
            <w:tcBorders>
              <w:top w:val="nil"/>
              <w:left w:val="nil"/>
              <w:bottom w:val="nil"/>
              <w:right w:val="nil"/>
              <w:insideH w:val="nil"/>
              <w:insideV w:val="nil"/>
            </w:tcBorders>
          </w:tcPr>
          <w:p>
            <w:pPr>
              <w:jc w:val="center"/>
            </w:pPr>
            <w:r>
              <w:t>Print Name: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https://contracttemplate-us.com/boat-sale-contract/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boat-sal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