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BABYSITTER SERVICES AGREEMENT</w:t>
      </w:r>
    </w:p>
    <w:p/>
    <w:p>
      <w:r>
        <w:rPr>
          <w:b/>
          <w:sz w:val="20"/>
        </w:rPr>
        <w:t>This Babysitter Services Agreement ("Agreement") is made between:</w:t>
      </w:r>
    </w:p>
    <w:p>
      <w:r>
        <w:rPr>
          <w:b w:val="0"/>
          <w:sz w:val="20"/>
        </w:rPr>
        <w:t>Parent(s)/Guardian(s):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And</w:t>
      </w:r>
    </w:p>
    <w:p/>
    <w:p>
      <w:r>
        <w:rPr>
          <w:b/>
          <w:sz w:val="20"/>
        </w:rPr>
        <w:t>Babysitter: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RECITALS</w:t>
      </w:r>
    </w:p>
    <w:p/>
    <w:p>
      <w:r>
        <w:rPr>
          <w:b w:val="0"/>
          <w:sz w:val="20"/>
        </w:rPr>
        <w:t>WHEREAS, the Parent(s)/Guardian(s) desire to engage the Babysitter to provide babysitting services for their child(ren);</w:t>
      </w:r>
    </w:p>
    <w:p>
      <w:r>
        <w:rPr>
          <w:b w:val="0"/>
          <w:sz w:val="20"/>
        </w:rPr>
        <w:t>WHEREAS, the Babysitter agrees to provide such services under the terms and conditions set forth herein;</w:t>
      </w:r>
    </w:p>
    <w:p>
      <w:r>
        <w:rPr>
          <w:b w:val="0"/>
          <w:sz w:val="20"/>
        </w:rPr>
        <w:t>NOW, THEREFORE, in consideration of the mutual promises and covenants contained herein, the parties hereby agree as follows:</w:t>
      </w:r>
    </w:p>
    <w:p/>
    <w:p/>
    <w:p>
      <w:r>
        <w:rPr>
          <w:b/>
          <w:sz w:val="20"/>
        </w:rPr>
        <w:t>1. Services</w:t>
      </w:r>
    </w:p>
    <w:p>
      <w:r>
        <w:rPr>
          <w:b w:val="0"/>
          <w:sz w:val="20"/>
        </w:rPr>
        <w:t>The Babysitter agrees to provide babysitting services for the following child(ren):</w:t>
      </w:r>
    </w:p>
    <w:p>
      <w:r>
        <w:rPr>
          <w:b w:val="0"/>
          <w:sz w:val="20"/>
        </w:rPr>
        <w:t>Name(s): ______________________________________________________________</w:t>
      </w:r>
    </w:p>
    <w:p>
      <w:r>
        <w:rPr>
          <w:b w:val="0"/>
          <w:sz w:val="20"/>
        </w:rPr>
        <w:t>Date(s) and Time(s) of Service: ________________________________________</w:t>
      </w:r>
    </w:p>
    <w:p>
      <w:r>
        <w:rPr>
          <w:b w:val="0"/>
          <w:sz w:val="20"/>
        </w:rPr>
        <w:t>Location of Service: ___________________________________________________</w:t>
      </w:r>
    </w:p>
    <w:p/>
    <w:p>
      <w:r>
        <w:rPr>
          <w:b/>
          <w:sz w:val="20"/>
        </w:rPr>
        <w:t>2. Compensation</w:t>
      </w:r>
    </w:p>
    <w:p>
      <w:r>
        <w:rPr>
          <w:b w:val="0"/>
          <w:sz w:val="20"/>
        </w:rPr>
        <w:t>The Parent(s)/Guardian(s) agree to pay the Babysitter at the rate of $________ per hour/session.</w:t>
      </w:r>
    </w:p>
    <w:p>
      <w:r>
        <w:rPr>
          <w:b w:val="0"/>
          <w:sz w:val="20"/>
        </w:rPr>
        <w:t>Payment shall be made: _________________________________________________</w:t>
      </w:r>
    </w:p>
    <w:p>
      <w:r>
        <w:rPr>
          <w:b w:val="0"/>
          <w:sz w:val="20"/>
        </w:rPr>
        <w:t>Additional expenses (e.g., meals, transportation) will be reimbursed as follows: ________________</w:t>
      </w:r>
    </w:p>
    <w:p/>
    <w:p>
      <w:r>
        <w:rPr>
          <w:b/>
          <w:sz w:val="20"/>
        </w:rPr>
        <w:t>3. Term and Termination</w:t>
      </w:r>
    </w:p>
    <w:p>
      <w:r>
        <w:rPr>
          <w:b w:val="0"/>
          <w:sz w:val="20"/>
        </w:rPr>
        <w:t>This Agreement shall commence upon signing and continue until terminated by either party with at least __ days written notice.</w:t>
      </w:r>
    </w:p>
    <w:p>
      <w:r>
        <w:rPr>
          <w:b w:val="0"/>
          <w:sz w:val="20"/>
        </w:rPr>
        <w:t>Immediate termination may occur if either party breaches any material term of this Agreement.</w:t>
      </w:r>
    </w:p>
    <w:p/>
    <w:p>
      <w:r>
        <w:rPr>
          <w:b/>
          <w:sz w:val="20"/>
        </w:rPr>
        <w:t>4. Duties and Responsibilities</w:t>
      </w:r>
    </w:p>
    <w:p>
      <w:r>
        <w:rPr>
          <w:b w:val="0"/>
          <w:sz w:val="20"/>
        </w:rPr>
        <w:t>The Babysitter agrees to:</w:t>
      </w:r>
    </w:p>
    <w:p>
      <w:r>
        <w:rPr>
          <w:b w:val="0"/>
          <w:sz w:val="20"/>
        </w:rPr>
        <w:t>- Supervise and care for the child(ren) diligently and responsibly;</w:t>
      </w:r>
    </w:p>
    <w:p>
      <w:r>
        <w:rPr>
          <w:b w:val="0"/>
          <w:sz w:val="20"/>
        </w:rPr>
        <w:t>- Follow all instructions provided by the Parent(s)/Guardian(s);</w:t>
      </w:r>
    </w:p>
    <w:p>
      <w:r>
        <w:rPr>
          <w:b w:val="0"/>
          <w:sz w:val="20"/>
        </w:rPr>
        <w:t>- Administer medications only as authorized in writing;</w:t>
      </w:r>
    </w:p>
    <w:p>
      <w:r>
        <w:rPr>
          <w:b w:val="0"/>
          <w:sz w:val="20"/>
        </w:rPr>
        <w:t>- Ensure the safety and well-being of the child(ren) at all times;</w:t>
      </w:r>
    </w:p>
    <w:p>
      <w:r>
        <w:rPr>
          <w:b w:val="0"/>
          <w:sz w:val="20"/>
        </w:rPr>
        <w:t>- Notify the Parent(s)/Guardian(s) immediately in case of emergency or illness;</w:t>
      </w:r>
    </w:p>
    <w:p>
      <w:r>
        <w:rPr>
          <w:b w:val="0"/>
          <w:sz w:val="20"/>
        </w:rPr>
        <w:t>- Maintain confidentiality regarding any information about the family and child(ren).</w:t>
      </w:r>
    </w:p>
    <w:p/>
    <w:p>
      <w:r>
        <w:rPr>
          <w:b/>
          <w:sz w:val="20"/>
        </w:rPr>
        <w:t>5. Parent(s)/Guardian(s) Obligations</w:t>
      </w:r>
    </w:p>
    <w:p>
      <w:r>
        <w:rPr>
          <w:b w:val="0"/>
          <w:sz w:val="20"/>
        </w:rPr>
        <w:t>The Parent(s)/Guardian(s) agree to:</w:t>
      </w:r>
    </w:p>
    <w:p>
      <w:r>
        <w:rPr>
          <w:b w:val="0"/>
          <w:sz w:val="20"/>
        </w:rPr>
        <w:t>- Provide accurate and complete information regarding the child(ren)'s health, allergies, routines, and special needs;</w:t>
      </w:r>
    </w:p>
    <w:p>
      <w:r>
        <w:rPr>
          <w:b w:val="0"/>
          <w:sz w:val="20"/>
        </w:rPr>
        <w:t>- Ensure the child(ren) are fed, clothed, and prepared for the Babysitter's care as agreed;</w:t>
      </w:r>
    </w:p>
    <w:p>
      <w:r>
        <w:rPr>
          <w:b w:val="0"/>
          <w:sz w:val="20"/>
        </w:rPr>
        <w:t>- Provide emergency contact information and any necessary supplies;</w:t>
      </w:r>
    </w:p>
    <w:p>
      <w:r>
        <w:rPr>
          <w:b w:val="0"/>
          <w:sz w:val="20"/>
        </w:rPr>
        <w:t>- Compensate the Babysitter as agreed and promptly.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The Babysitter agrees to keep all information about the child(ren) and family strictly confidential and shall not disclose such information to any third party without prior written consent.</w:t>
      </w:r>
    </w:p>
    <w:p/>
    <w:p>
      <w:r>
        <w:rPr>
          <w:b/>
          <w:sz w:val="20"/>
        </w:rPr>
        <w:t>7. Liability and Indemnification</w:t>
      </w:r>
    </w:p>
    <w:p>
      <w:r>
        <w:rPr>
          <w:b w:val="0"/>
          <w:sz w:val="20"/>
        </w:rPr>
        <w:t>The Babysitter will exercise reasonable care in providing services but shall not be liable for any injury, loss, or damage arising from circumstances beyond their control.</w:t>
      </w:r>
    </w:p>
    <w:p>
      <w:r>
        <w:rPr>
          <w:b w:val="0"/>
          <w:sz w:val="20"/>
        </w:rPr>
        <w:t>The Parent(s)/Guardian(s) agree to indemnify and hold harmless the Babysitter from any claims, damages, or expenses arising from the Babysitter's authorized performance of services.</w:t>
      </w:r>
    </w:p>
    <w:p/>
    <w:p>
      <w:r>
        <w:rPr>
          <w:b/>
          <w:sz w:val="20"/>
        </w:rPr>
        <w:t>8. Medical Emergencies</w:t>
      </w:r>
    </w:p>
    <w:p>
      <w:r>
        <w:rPr>
          <w:b w:val="0"/>
          <w:sz w:val="20"/>
        </w:rPr>
        <w:t>In case of medical emergency, the Babysitter is authorized to seek medical treatment for the child(ren) and will notify the Parent(s)/Guardian(s) as soon as practicable.</w:t>
      </w:r>
    </w:p>
    <w:p/>
    <w:p>
      <w:r>
        <w:rPr>
          <w:b/>
          <w:sz w:val="20"/>
        </w:rPr>
        <w:t>9. Background Checks and References</w:t>
      </w:r>
    </w:p>
    <w:p>
      <w:r>
        <w:rPr>
          <w:b w:val="0"/>
          <w:sz w:val="20"/>
        </w:rPr>
        <w:t>The Babysitter represents that all required background checks have been completed and references provided upon request.</w:t>
      </w:r>
    </w:p>
    <w:p/>
    <w:p>
      <w:r>
        <w:rPr>
          <w:b/>
          <w:sz w:val="20"/>
        </w:rPr>
        <w:t>10.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__________________, United States of America.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Agreement constitutes the entire understanding between the parties with respect to the subject matter herein and supersedes all prior agreements, oral or written.</w:t>
      </w:r>
    </w:p>
    <w:p/>
    <w:p>
      <w:r>
        <w:rPr>
          <w:b/>
          <w:sz w:val="20"/>
        </w:rPr>
        <w:t>12. Amendments</w:t>
      </w:r>
    </w:p>
    <w:p>
      <w:r>
        <w:rPr>
          <w:b w:val="0"/>
          <w:sz w:val="20"/>
        </w:rPr>
        <w:t>Any amendment or modification to this Agreement must be made in writing and signed by both parties.</w:t>
      </w:r>
    </w:p>
    <w:p/>
    <w:p>
      <w:r>
        <w:rPr>
          <w:b/>
          <w:sz w:val="20"/>
        </w:rPr>
        <w:t>13. Severability</w:t>
      </w:r>
    </w:p>
    <w:p>
      <w:r>
        <w:rPr>
          <w:b w:val="0"/>
          <w:sz w:val="20"/>
        </w:rPr>
        <w:t>If any provision of this Agreement is found to be unenforceable, the remaining provisions shall continue in full force and effect.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PARENT(S)/GUARDIAN(S)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BABYSITTER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https://contracttemplate-us.com/babysitter-contract/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babysitter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